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Green. The sprint closed 3/3 visible items. The team absorbed noise well — all 0 added items were closed — but predictability on committed work was only 100.0% (3/3), and bugs made up 33.3% of completed items. The main drag was execution system quality, not readiness: 0/0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r>
              <w:t>0.0% (0/1)</w:t>
            </w:r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33.3% (1/3)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r>
              <w:t>0.0% (0/3)</w:t>
            </w:r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0 added items were closed, but that responsiveness came with 33.3% bug share and diluted committed completion.</w:t>
      </w:r>
    </w:p>
    <w:p>
      <w:r>
        <w:t>The miss pattern is concentrated: 0 partial-completion carryovers, 0 dependency-driven misses, and 0 committed items that never really started.</w:t>
      </w:r>
    </w:p>
    <w:p>
      <w:r>
        <w:t>Most misses were not caused by poor readiness. 0 of the 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97%2C%20ADS-8608%2C%20ADS-8645%29" TargetMode="External"/><Relationship Id="rId10" Type="http://schemas.openxmlformats.org/officeDocument/2006/relationships/hyperlink" Target="https://adservio.atlassian.net/issues/?jql=issuekey%20in%20%28ADS-8608%2C%20ADS-8645%29" TargetMode="External"/><Relationship Id="rId11" Type="http://schemas.openxmlformats.org/officeDocument/2006/relationships/hyperlink" Target="https://adservio.atlassian.net/issues/?jql=issuekey%20in%20%28ADS-8645%29" TargetMode="External"/><Relationship Id="rId12" Type="http://schemas.openxmlformats.org/officeDocument/2006/relationships/hyperlink" Target="issue_audit_register_Mobile_ADS_Q3_W36_-_07-11_Sep_2026-10-05.csv" TargetMode="External"/><Relationship Id="rId13" Type="http://schemas.openxmlformats.org/officeDocument/2006/relationships/hyperlink" Target="metric_lineage_Mobile_ADS_Q3_W36_-_07-11_Sep_2026-10-05.csv" TargetMode="External"/><Relationship Id="rId14" Type="http://schemas.openxmlformats.org/officeDocument/2006/relationships/hyperlink" Target="jql_traceability_register_Mobile_ADS_Q3_W36_-_07-11_Sep_2026-10-05.csv" TargetMode="External"/><Relationship Id="rId15" Type="http://schemas.openxmlformats.org/officeDocument/2006/relationships/hyperlink" Target="sprint_metrics_Mobile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