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Q2 W25 - 22-26 Jun</w:t>
      </w:r>
    </w:p>
    <w:p>
      <w:r>
        <w:rPr>
          <w:i/>
        </w:rPr>
        <w:t>Aggregated sprint ADS Q2 W25 - 22-26 Jun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48/112 visible items. The org roll-up absorbed noise reasonably well — 14/27 added items were closed — but finish predictability was only 43.2% (32/74), and bugs made up 56.2% of completed items. Planning-baseline carryover includes 42 finish misses and 6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40.0% (34/85)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60.0% (51/85)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56.8% (42/74)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43.2% (32/74)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75.0% (6/8)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24.1% (27/112)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14/27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56.2% (27/48)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22.4% (19/85)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hyperlink r:id="rId18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14/27 added items were closed, but that responsiveness came with 56.2% bug share and diluted finish predictability.</w:t>
      </w:r>
    </w:p>
    <w:p>
      <w:r>
        <w:t>The miss pattern is concentrated: 15 partial-completion carryovers, 2 dependency-driven misses, and 21 planning-baseline items that never really started.</w:t>
      </w:r>
    </w:p>
    <w:p>
      <w:r>
        <w:t>Most misses were not caused by poor readiness. 13 of the 51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8</w:t>
            </w:r>
          </w:p>
        </w:tc>
        <w:tc>
          <w:tcPr>
            <w:tcW w:type="dxa" w:w="1481"/>
          </w:tcPr>
          <w:p>
            <w:r>
              <w:t>16.7%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18.8%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18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27</w:t>
            </w:r>
          </w:p>
        </w:tc>
        <w:tc>
          <w:tcPr>
            <w:tcW w:type="dxa" w:w="1481"/>
          </w:tcPr>
          <w:p>
            <w:r>
              <w:t>56.2%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85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34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51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42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19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ADS-406 — Bug — [Files] Missing description in ‘’Istoric’ when sharing documents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ADS-4341 — Bug — [Condica de prezenta] - Nu apare butonul ,, semneaza condica pentru toata ziua</w:t>
              </w:r>
            </w:hyperlink>
          </w:p>
        </w:tc>
        <w:tc>
          <w:tcPr>
            <w:tcW w:type="dxa" w:w="2074"/>
          </w:tcPr>
          <w:p>
            <w:r>
              <w:t>Luiza Horlescu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ADS-4439 — Bug — [Teste si chestionare] - Numarul de destinatari care se afiseaza  nu corespunde cu numarul real de destinatari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ADS-4857 — Bug — [Mesagerie] -  Restricționarea mesajelor de grup, conform configurărilor setate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ADS-5722 — Bug — [BE/FE] Modal adauga note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ADS-5737 — Bug — [MOB][Photo] -   Nu functioneaza filtrele de ani si de albume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ADS-5919 — Bug — [Fotografii] - Distribuirea nu este afișată exclusiv pe clasele sau grupele configurate în modulul Clase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ADS-6494 — Story — Log levels &amp; Log formats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ADS-6638 — Story — [Preferinte][Notificari] Refactor pagina de gestionare notificări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ADS-6698 — Bug — [FE/BE] Restrictie vizualizare fise scolare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ADS-6712 — Task — [Note/absențe] - Recuperare informații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ADS-6980 — Story — Tracing &amp; Error Logging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ADS-6990 — Bug — [MOB] - Mesaj gresit la stergerea unei note mai vechi de 24 ore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ADS-7141 — Story — [Mob] - Redesign dashboard profesor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ADS-7266 — Task — [Portofoliu][Profesor] - Actualizare sectiuni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ADS-7305 — Task — [REQ] - Remote Session Termination for Users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ADS-7389 — Bug — AdservioAPI.php: svcAuth self-call failures turn web API endpoints into HTTP 500 - 20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ADS-7390 — Bug — rooms-api: room search endpoint returns HTTP 500 - 3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ADS-7419 — Bug — [SUBSCRIPTIONS] - Bug-uri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ADS-7430 — Story — [Admitere v2][Taxe] - 5. Export platile candidatului&amp;extinderea cu alte informatii ale candidatilor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ADS-7484 — Bug — Session.php: session_start() fails reading session data during teacher class-book requests - 26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Cristina Condrea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ADS-7575 — Bug — M_export.php / Export.php: student export references missing second-semester average column and returns HTTP 500 on /ro/secretary/export/elevi - 16 hits/24h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ADS-7642 — Story — DSS Romania + Creeaza institutii updates</w:t>
              </w:r>
            </w:hyperlink>
          </w:p>
        </w:tc>
        <w:tc>
          <w:tcPr>
            <w:tcW w:type="dxa" w:w="2074"/>
          </w:tcPr>
          <w:p>
            <w:r>
              <w:t>Cosmin Olaru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ADS-7653 — Bug — Clase_profesori.php / M_cmc.php: teacher-class assignment insert fails FK constraint in cat_cadre2materii2clase - 2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ADS-7732 — Bug — TUIASI M_fisiere.php: file list query expects fsScimCeacSyncFsID missing from on-prem schema and breaks document listings - 12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ADS-7746 — Bug — Fill.php / FormResultAnswerTable.php: questionnaire save fails when fraAnswer contains unsupported 4-byte emoji - 43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ADS-7803 — Task — [SPIKE][FE] - Titulatura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ADS-7807 — Story — [MOB] - Notificări modul admitere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5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6">
              <w:r>
                <w:rPr>
                  <w:color w:val="0563C1"/>
                  <w:u w:val="single"/>
                </w:rPr>
                <w:t>ADS-7852 — Task — [BE]: Dezactivare actiuni noteaza (si bulk) daca media anuala si/sau media semestriala este incheiata</w:t>
              </w:r>
            </w:hyperlink>
          </w:p>
        </w:tc>
        <w:tc>
          <w:tcPr>
            <w:tcW w:type="dxa" w:w="2074"/>
          </w:tcPr>
          <w:p>
            <w:r>
              <w:t>Cosmin Olaru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7">
              <w:r>
                <w:rPr>
                  <w:color w:val="0563C1"/>
                  <w:u w:val="single"/>
                </w:rPr>
                <w:t>ADS-7880 — Bug — TUIASI uni-api: catalog import and adjacent grades endpoints return HTTP 500 - 23 hits/72h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8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59">
              <w:r>
                <w:rPr>
                  <w:color w:val="0563C1"/>
                  <w:u w:val="single"/>
                </w:rPr>
                <w:t>ADS-7896 — Story — Migrare documente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0">
              <w:r>
                <w:rPr>
                  <w:color w:val="0563C1"/>
                  <w:u w:val="single"/>
                </w:rPr>
                <w:t>ADS-7904 — Bug — [BE] - Elev cu situatie scolara neincheiata apare in topul elevilor cu media 9,50,premianta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1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2">
              <w:r>
                <w:rPr>
                  <w:color w:val="0563C1"/>
                  <w:u w:val="single"/>
                </w:rPr>
                <w:t>ADS-7908 — Bug — [Prod][AWS][legacy-web] Auth recaptcha helper dereferences null verification response</w:t>
              </w:r>
            </w:hyperlink>
          </w:p>
        </w:tc>
        <w:tc>
          <w:tcPr>
            <w:tcW w:type="dxa" w:w="2074"/>
          </w:tcPr>
          <w:p>
            <w:r>
              <w:t>Daniel Onisoru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3">
              <w:r>
                <w:rPr>
                  <w:color w:val="0563C1"/>
                  <w:u w:val="single"/>
                </w:rPr>
                <w:t>ADS-7910 — Bug — [Prod][TUIASI][uni-api] DB pool exhaustion breaks academic-years, faculty, and grade-save flows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64">
              <w:r>
                <w:rPr>
                  <w:color w:val="0563C1"/>
                  <w:u w:val="single"/>
                </w:rPr>
                <w:t>ADS-7952 — Story — [Persoana] - Implementare mecanism Atribute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5">
              <w:r>
                <w:rPr>
                  <w:color w:val="0563C1"/>
                  <w:u w:val="single"/>
                </w:rPr>
                <w:t>ADS-7962 — Story — [MOB] Translate app in French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66">
              <w:r>
                <w:rPr>
                  <w:color w:val="0563C1"/>
                  <w:u w:val="single"/>
                </w:rPr>
                <w:t>ADS-7976 — Story — [MOB] BFF - newsfeed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7">
              <w:r>
                <w:rPr>
                  <w:color w:val="0563C1"/>
                  <w:u w:val="single"/>
                </w:rPr>
                <w:t>ADS-7981 — Bug — Notificările nu se trimit pe Admitere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68">
              <w:r>
                <w:rPr>
                  <w:color w:val="0563C1"/>
                  <w:u w:val="single"/>
                </w:rPr>
                <w:t>ADS-7989 — Bug — [BE] - Job zilnic - publicare rezultate chestionare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9">
              <w:r>
                <w:rPr>
                  <w:color w:val="0563C1"/>
                  <w:u w:val="single"/>
                </w:rPr>
                <w:t>ADS-8000 — Task — [UNI][Denumire disciplina] Refactor atribut Denumire disciplina - loc</w:t>
              </w:r>
            </w:hyperlink>
          </w:p>
        </w:tc>
        <w:tc>
          <w:tcPr>
            <w:tcW w:type="dxa" w:w="2074"/>
          </w:tcPr>
          <w:p>
            <w:r>
              <w:t>Virlan Francisc-Gabriel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17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hyperlink r:id="rId70">
              <w:r>
                <w:rPr>
                  <w:color w:val="0563C1"/>
                  <w:u w:val="single"/>
                </w:rPr>
                <w:t>ADS-7574 — [UPG/ASachi] - Calculul mediilor la nivel de grupa/serie</w:t>
              </w:r>
            </w:hyperlink>
          </w:p>
        </w:tc>
        <w:tc>
          <w:tcPr>
            <w:tcW w:type="dxa" w:w="3456"/>
          </w:tcPr>
          <w:p>
            <w:r>
              <w:t>Testing</w:t>
            </w:r>
          </w:p>
        </w:tc>
        <w:tc>
          <w:tcPr>
            <w:tcW w:type="dxa" w:w="3456"/>
          </w:tcPr>
          <w:p>
            <w:r>
              <w:t>Progress</w:t>
            </w:r>
          </w:p>
        </w:tc>
      </w:tr>
      <w:tr>
        <w:tc>
          <w:tcPr>
            <w:tcW w:type="dxa" w:w="3456"/>
          </w:tcPr>
          <w:p>
            <w:hyperlink r:id="rId71">
              <w:r>
                <w:rPr>
                  <w:color w:val="0563C1"/>
                  <w:u w:val="single"/>
                </w:rPr>
                <w:t>ADS-7748 — Fisiere.php: POST /api/v2/fisiere/upload reuses non-unique thumb_/resized_ temp paths and races same-name image uploads - 9 warnings+errors/72h</w:t>
              </w:r>
            </w:hyperlink>
          </w:p>
        </w:tc>
        <w:tc>
          <w:tcPr>
            <w:tcW w:type="dxa" w:w="3456"/>
          </w:tcPr>
          <w:p>
            <w:r>
              <w:t>Code Review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  <w:tr>
        <w:tc>
          <w:tcPr>
            <w:tcW w:type="dxa" w:w="3456"/>
          </w:tcPr>
          <w:p>
            <w:hyperlink r:id="rId72">
              <w:r>
                <w:rPr>
                  <w:color w:val="0563C1"/>
                  <w:u w:val="single"/>
                </w:rPr>
                <w:t>ADS-8010 — [BE] -Pe disciplina s-au modificat procentele</w:t>
              </w:r>
            </w:hyperlink>
          </w:p>
        </w:tc>
        <w:tc>
          <w:tcPr>
            <w:tcW w:type="dxa" w:w="3456"/>
          </w:tcPr>
          <w:p>
            <w:r>
              <w:t>Ready to merge</w:t>
            </w:r>
          </w:p>
        </w:tc>
        <w:tc>
          <w:tcPr>
            <w:tcW w:type="dxa" w:w="3456"/>
          </w:tcPr>
          <w:p>
            <w:r/>
          </w:p>
        </w:tc>
      </w:tr>
      <w:tr>
        <w:tc>
          <w:tcPr>
            <w:tcW w:type="dxa" w:w="3456"/>
          </w:tcPr>
          <w:p>
            <w:hyperlink r:id="rId73">
              <w:r>
                <w:rPr>
                  <w:color w:val="0563C1"/>
                  <w:u w:val="single"/>
                </w:rPr>
                <w:t>ADS-8019 — [BE-JAVA] -Nu mai sunt afisate notele la laborator si seminar pe anumite discipline</w:t>
              </w:r>
            </w:hyperlink>
          </w:p>
        </w:tc>
        <w:tc>
          <w:tcPr>
            <w:tcW w:type="dxa" w:w="3456"/>
          </w:tcPr>
          <w:p>
            <w:r>
              <w:t>Ready to merge</w:t>
            </w:r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88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7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116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7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112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7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85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7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112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7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85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7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27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hyperlink r:id="rId7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40.0% (34/85)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34/85</w:t>
            </w:r>
          </w:p>
        </w:tc>
        <w:tc>
          <w:tcPr>
            <w:tcW w:type="dxa" w:w="2074"/>
          </w:tcPr>
          <w:p>
            <w:hyperlink r:id="rId7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60.0% (51/85)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51/85</w:t>
            </w:r>
          </w:p>
        </w:tc>
        <w:tc>
          <w:tcPr>
            <w:tcW w:type="dxa" w:w="2074"/>
          </w:tcPr>
          <w:p>
            <w:hyperlink r:id="rId7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56.8% (42/74)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42/74</w:t>
            </w:r>
          </w:p>
        </w:tc>
        <w:tc>
          <w:tcPr>
            <w:tcW w:type="dxa" w:w="2074"/>
          </w:tcPr>
          <w:p>
            <w:hyperlink r:id="rId7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43.2% (32/74)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32/74</w:t>
            </w:r>
          </w:p>
        </w:tc>
        <w:tc>
          <w:tcPr>
            <w:tcW w:type="dxa" w:w="2074"/>
          </w:tcPr>
          <w:p>
            <w:hyperlink r:id="rId7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75.0% (6/8)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6/8</w:t>
            </w:r>
          </w:p>
        </w:tc>
        <w:tc>
          <w:tcPr>
            <w:tcW w:type="dxa" w:w="2074"/>
          </w:tcPr>
          <w:p>
            <w:hyperlink r:id="rId8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24.1% (27/112)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27/112</w:t>
            </w:r>
          </w:p>
        </w:tc>
        <w:tc>
          <w:tcPr>
            <w:tcW w:type="dxa" w:w="2074"/>
          </w:tcPr>
          <w:p>
            <w:hyperlink r:id="rId7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14/27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14/27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22.4% (19/85)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19/85</w:t>
            </w:r>
          </w:p>
        </w:tc>
        <w:tc>
          <w:tcPr>
            <w:tcW w:type="dxa" w:w="2074"/>
          </w:tcPr>
          <w:p>
            <w:hyperlink r:id="rId7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25.5% (13/51)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13/51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56.2% (27/48)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27/48</w:t>
            </w:r>
          </w:p>
        </w:tc>
        <w:tc>
          <w:tcPr>
            <w:tcW w:type="dxa" w:w="2074"/>
          </w:tcPr>
          <w:p>
            <w:hyperlink r:id="rId8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4/48</w:t>
            </w:r>
          </w:p>
        </w:tc>
        <w:tc>
          <w:tcPr>
            <w:tcW w:type="dxa" w:w="2074"/>
          </w:tcPr>
          <w:p>
            <w:hyperlink r:id="rId8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8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8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8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8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098%2C%20ADS-6781%2C%20ADS-6826%2C%20ADS-7269%2C%20ADS-7289%2C%20ADS-7405%2C%20ADS-7434%2C%20ADS-7448%2C%20ADS-7487%2C%20ADS-7519%2C%20ADS-7542%2C%20ADS-7571%2C%20ADS-7574%2C%20ADS-7605%2C%20ADS-7654%2C%20ADS-7667%2C%20ADS-7688%2C%20ADS-7748%2C%20ADS-7802%2C%20ADS-7811%2C%20ADS-7825%2C%20ADS-7832%2C%20ADS-7874%2C%20ADS-7876%2C%20ADS-7877%2C%20ADS-7963%2C%20ADS-7971%2C%20ADS-7972%2C%20ADS-7974%2C%20ADS-7975%2C%20ADS-7977%2C%20ADS-7978%2C%20ADS-7980%2C%20ADS-7991%29" TargetMode="External"/><Relationship Id="rId10" Type="http://schemas.openxmlformats.org/officeDocument/2006/relationships/hyperlink" Target="https://adservio.atlassian.net/issues/?jql=issuekey%20in%20%28ADS-406%2C%20ADS-4341%2C%20ADS-4439%2C%20ADS-4857%2C%20ADS-5722%2C%20ADS-5737%2C%20ADS-5784%2C%20ADS-5808%2C%20ADS-5919%2C%20ADS-6201%2C%20ADS-6494%2C%20ADS-6638%2C%20ADS-6698%2C%20ADS-6712%2C%20ADS-6980%2C%20ADS-6990%2C%20ADS-7141%2C%20ADS-7266%2C%20ADS-7305%2C%20ADS-7389%2C%20ADS-7390%2C%20ADS-7419%2C%20ADS-7430%2C%20ADS-7474%2C%20ADS-7484%2C%20ADS-7495%2C%20ADS-7496%2C%20ADS-7534%2C%20ADS-7575%2C%20ADS-7642%2C%20ADS-7653%2C%20ADS-7666%2C%20ADS-7732%2C%20ADS-7746%2C%20ADS-7803%2C%20ADS-7807%2C%20ADS-7831%2C%20ADS-7852%2C%20ADS-7880%2C%20ADS-7890%2C%20ADS-7896%2C%20ADS-7904%2C%20ADS-7907%2C%20ADS-7908%2C%20ADS-7910%2C%20ADS-7952%2C%20ADS-7962%2C%20ADS-7976%2C%20ADS-7981%2C%20ADS-7989%2C%20ADS-8000%29" TargetMode="External"/><Relationship Id="rId11" Type="http://schemas.openxmlformats.org/officeDocument/2006/relationships/hyperlink" Target="https://adservio.atlassian.net/issues/?jql=issuekey%20in%20%28ADS-406%2C%20ADS-4341%2C%20ADS-4439%2C%20ADS-4857%2C%20ADS-5722%2C%20ADS-5737%2C%20ADS-5784%2C%20ADS-5808%2C%20ADS-5919%2C%20ADS-6494%2C%20ADS-6638%2C%20ADS-6698%2C%20ADS-6712%2C%20ADS-6990%2C%20ADS-7141%2C%20ADS-7266%2C%20ADS-7305%2C%20ADS-7389%2C%20ADS-7390%2C%20ADS-7419%2C%20ADS-7430%2C%20ADS-7484%2C%20ADS-7495%2C%20ADS-7496%2C%20ADS-7575%2C%20ADS-7653%2C%20ADS-7666%2C%20ADS-7732%2C%20ADS-7746%2C%20ADS-7803%2C%20ADS-7807%2C%20ADS-7852%2C%20ADS-7880%2C%20ADS-7890%2C%20ADS-7896%2C%20ADS-7904%2C%20ADS-7908%2C%20ADS-7910%2C%20ADS-7976%2C%20ADS-7981%2C%20ADS-7989%2C%20ADS-8000%29" TargetMode="External"/><Relationship Id="rId12" Type="http://schemas.openxmlformats.org/officeDocument/2006/relationships/hyperlink" Target="https://adservio.atlassian.net/issues/?jql=issuekey%20in%20%28ADS-6098%2C%20ADS-6781%2C%20ADS-6826%2C%20ADS-7269%2C%20ADS-7289%2C%20ADS-7405%2C%20ADS-7434%2C%20ADS-7448%2C%20ADS-7487%2C%20ADS-7519%2C%20ADS-7542%2C%20ADS-7571%2C%20ADS-7605%2C%20ADS-7654%2C%20ADS-7667%2C%20ADS-7688%2C%20ADS-7748%2C%20ADS-7802%2C%20ADS-7811%2C%20ADS-7825%2C%20ADS-7874%2C%20ADS-7876%2C%20ADS-7877%2C%20ADS-7963%2C%20ADS-7971%2C%20ADS-7972%2C%20ADS-7974%2C%20ADS-7975%2C%20ADS-7977%2C%20ADS-7978%2C%20ADS-7980%2C%20ADS-7991%29" TargetMode="External"/><Relationship Id="rId13" Type="http://schemas.openxmlformats.org/officeDocument/2006/relationships/hyperlink" Target="https://adservio.atlassian.net/issues/?jql=issuekey%20in%20%28ADS-7474%2C%20ADS-7534%2C%20ADS-7642%2C%20ADS-7907%2C%20ADS-7952%2C%20ADS-7962%29" TargetMode="External"/><Relationship Id="rId14" Type="http://schemas.openxmlformats.org/officeDocument/2006/relationships/hyperlink" Target="https://adservio.atlassian.net/issues/?jql=issuekey%20in%20%28ADS-1224%2C%20ADS-1272%2C%20ADS-2001%2C%20ADS-5048%2C%20ADS-5663%2C%20ADS-7238%2C%20ADS-7418%2C%20ADS-7898%2C%20ADS-7988%2C%20ADS-7996%2C%20ADS-8001%2C%20ADS-8004%2C%20ADS-8007%2C%20ADS-8008%2C%20ADS-8009%2C%20ADS-8010%2C%20ADS-8019%2C%20ADS-8045%2C%20ADS-8046%2C%20ADS-8047%2C%20ADS-8048%2C%20ADS-8049%2C%20ADS-8052%2C%20ADS-8059%2C%20ADS-8060%2C%20ADS-8061%2C%20ADS-8068%29" TargetMode="External"/><Relationship Id="rId15" Type="http://schemas.openxmlformats.org/officeDocument/2006/relationships/hyperlink" Target="https://adservio.atlassian.net/issues/?jql=issuekey%20in%20%28ADS-1272%2C%20ADS-5663%2C%20ADS-7238%2C%20ADS-7418%2C%20ADS-7898%2C%20ADS-7996%2C%20ADS-8001%2C%20ADS-8009%2C%20ADS-8010%2C%20ADS-8019%2C%20ADS-8045%2C%20ADS-8048%2C%20ADS-8052%2C%20ADS-8059%29" TargetMode="External"/><Relationship Id="rId16" Type="http://schemas.openxmlformats.org/officeDocument/2006/relationships/hyperlink" Target="https://adservio.atlassian.net/issues/?jql=issuekey%20in%20%28ADS-1272%2C%20ADS-5663%2C%20ADS-7269%2C%20ADS-7289%2C%20ADS-7448%2C%20ADS-7571%2C%20ADS-7605%2C%20ADS-7654%2C%20ADS-7667%2C%20ADS-7688%2C%20ADS-7748%2C%20ADS-7811%2C%20ADS-7876%2C%20ADS-7877%2C%20ADS-7898%2C%20ADS-7963%2C%20ADS-7971%2C%20ADS-7974%2C%20ADS-7978%2C%20ADS-7980%2C%20ADS-7991%2C%20ADS-7996%2C%20ADS-8001%2C%20ADS-8019%2C%20ADS-8048%2C%20ADS-8052%2C%20ADS-8059%29" TargetMode="External"/><Relationship Id="rId17" Type="http://schemas.openxmlformats.org/officeDocument/2006/relationships/hyperlink" Target="https://adservio.atlassian.net/issues/?jql=issuekey%20in%20%28ADS-6201%2C%20ADS-6494%2C%20ADS-6712%2C%20ADS-6980%2C%20ADS-7141%2C%20ADS-7266%2C%20ADS-7305%2C%20ADS-7487%2C%20ADS-7534%2C%20ADS-7802%2C%20ADS-7803%2C%20ADS-7807%2C%20ADS-7852%2C%20ADS-7874%2C%20ADS-7896%2C%20ADS-7962%2C%20ADS-7972%2C%20ADS-7975%2C%20ADS-7977%29" TargetMode="External"/><Relationship Id="rId18" Type="http://schemas.openxmlformats.org/officeDocument/2006/relationships/hyperlink" Target="https://adservio.atlassian.net/issues/?jql=issuekey%20in%20%28ADS-7574%2C%20ADS-7748%2C%20ADS-8010%2C%20ADS-8019%29" TargetMode="External"/><Relationship Id="rId19" Type="http://schemas.openxmlformats.org/officeDocument/2006/relationships/hyperlink" Target="https://adservio.atlassian.net/browse/ADS-406" TargetMode="External"/><Relationship Id="rId20" Type="http://schemas.openxmlformats.org/officeDocument/2006/relationships/hyperlink" Target="https://adservio.atlassian.net/browse/ADS-4341" TargetMode="External"/><Relationship Id="rId21" Type="http://schemas.openxmlformats.org/officeDocument/2006/relationships/hyperlink" Target="https://adservio.atlassian.net/browse/ADS-4439" TargetMode="External"/><Relationship Id="rId22" Type="http://schemas.openxmlformats.org/officeDocument/2006/relationships/hyperlink" Target="https://adservio.atlassian.net/browse/ADS-4857" TargetMode="External"/><Relationship Id="rId23" Type="http://schemas.openxmlformats.org/officeDocument/2006/relationships/hyperlink" Target="https://adservio.atlassian.net/browse/ADS-5722" TargetMode="External"/><Relationship Id="rId24" Type="http://schemas.openxmlformats.org/officeDocument/2006/relationships/hyperlink" Target="https://adservio.atlassian.net/browse/ADS-5737" TargetMode="External"/><Relationship Id="rId25" Type="http://schemas.openxmlformats.org/officeDocument/2006/relationships/hyperlink" Target="https://adservio.atlassian.net/browse/ADS-5784" TargetMode="External"/><Relationship Id="rId26" Type="http://schemas.openxmlformats.org/officeDocument/2006/relationships/hyperlink" Target="https://adservio.atlassian.net/browse/ADS-5808" TargetMode="External"/><Relationship Id="rId27" Type="http://schemas.openxmlformats.org/officeDocument/2006/relationships/hyperlink" Target="https://adservio.atlassian.net/browse/ADS-5919" TargetMode="External"/><Relationship Id="rId28" Type="http://schemas.openxmlformats.org/officeDocument/2006/relationships/hyperlink" Target="https://adservio.atlassian.net/browse/ADS-6201" TargetMode="External"/><Relationship Id="rId29" Type="http://schemas.openxmlformats.org/officeDocument/2006/relationships/hyperlink" Target="https://adservio.atlassian.net/browse/ADS-6494" TargetMode="External"/><Relationship Id="rId30" Type="http://schemas.openxmlformats.org/officeDocument/2006/relationships/hyperlink" Target="https://adservio.atlassian.net/browse/ADS-6638" TargetMode="External"/><Relationship Id="rId31" Type="http://schemas.openxmlformats.org/officeDocument/2006/relationships/hyperlink" Target="https://adservio.atlassian.net/browse/ADS-6698" TargetMode="External"/><Relationship Id="rId32" Type="http://schemas.openxmlformats.org/officeDocument/2006/relationships/hyperlink" Target="https://adservio.atlassian.net/browse/ADS-6712" TargetMode="External"/><Relationship Id="rId33" Type="http://schemas.openxmlformats.org/officeDocument/2006/relationships/hyperlink" Target="https://adservio.atlassian.net/browse/ADS-6980" TargetMode="External"/><Relationship Id="rId34" Type="http://schemas.openxmlformats.org/officeDocument/2006/relationships/hyperlink" Target="https://adservio.atlassian.net/browse/ADS-6990" TargetMode="External"/><Relationship Id="rId35" Type="http://schemas.openxmlformats.org/officeDocument/2006/relationships/hyperlink" Target="https://adservio.atlassian.net/browse/ADS-7141" TargetMode="External"/><Relationship Id="rId36" Type="http://schemas.openxmlformats.org/officeDocument/2006/relationships/hyperlink" Target="https://adservio.atlassian.net/browse/ADS-7266" TargetMode="External"/><Relationship Id="rId37" Type="http://schemas.openxmlformats.org/officeDocument/2006/relationships/hyperlink" Target="https://adservio.atlassian.net/browse/ADS-7305" TargetMode="External"/><Relationship Id="rId38" Type="http://schemas.openxmlformats.org/officeDocument/2006/relationships/hyperlink" Target="https://adservio.atlassian.net/browse/ADS-7389" TargetMode="External"/><Relationship Id="rId39" Type="http://schemas.openxmlformats.org/officeDocument/2006/relationships/hyperlink" Target="https://adservio.atlassian.net/browse/ADS-7390" TargetMode="External"/><Relationship Id="rId40" Type="http://schemas.openxmlformats.org/officeDocument/2006/relationships/hyperlink" Target="https://adservio.atlassian.net/browse/ADS-7419" TargetMode="External"/><Relationship Id="rId41" Type="http://schemas.openxmlformats.org/officeDocument/2006/relationships/hyperlink" Target="https://adservio.atlassian.net/browse/ADS-7430" TargetMode="External"/><Relationship Id="rId42" Type="http://schemas.openxmlformats.org/officeDocument/2006/relationships/hyperlink" Target="https://adservio.atlassian.net/browse/ADS-7474" TargetMode="External"/><Relationship Id="rId43" Type="http://schemas.openxmlformats.org/officeDocument/2006/relationships/hyperlink" Target="https://adservio.atlassian.net/browse/ADS-7484" TargetMode="External"/><Relationship Id="rId44" Type="http://schemas.openxmlformats.org/officeDocument/2006/relationships/hyperlink" Target="https://adservio.atlassian.net/browse/ADS-7495" TargetMode="External"/><Relationship Id="rId45" Type="http://schemas.openxmlformats.org/officeDocument/2006/relationships/hyperlink" Target="https://adservio.atlassian.net/browse/ADS-7496" TargetMode="External"/><Relationship Id="rId46" Type="http://schemas.openxmlformats.org/officeDocument/2006/relationships/hyperlink" Target="https://adservio.atlassian.net/browse/ADS-7534" TargetMode="External"/><Relationship Id="rId47" Type="http://schemas.openxmlformats.org/officeDocument/2006/relationships/hyperlink" Target="https://adservio.atlassian.net/browse/ADS-7575" TargetMode="External"/><Relationship Id="rId48" Type="http://schemas.openxmlformats.org/officeDocument/2006/relationships/hyperlink" Target="https://adservio.atlassian.net/browse/ADS-7642" TargetMode="External"/><Relationship Id="rId49" Type="http://schemas.openxmlformats.org/officeDocument/2006/relationships/hyperlink" Target="https://adservio.atlassian.net/browse/ADS-7653" TargetMode="External"/><Relationship Id="rId50" Type="http://schemas.openxmlformats.org/officeDocument/2006/relationships/hyperlink" Target="https://adservio.atlassian.net/browse/ADS-7666" TargetMode="External"/><Relationship Id="rId51" Type="http://schemas.openxmlformats.org/officeDocument/2006/relationships/hyperlink" Target="https://adservio.atlassian.net/browse/ADS-7732" TargetMode="External"/><Relationship Id="rId52" Type="http://schemas.openxmlformats.org/officeDocument/2006/relationships/hyperlink" Target="https://adservio.atlassian.net/browse/ADS-7746" TargetMode="External"/><Relationship Id="rId53" Type="http://schemas.openxmlformats.org/officeDocument/2006/relationships/hyperlink" Target="https://adservio.atlassian.net/browse/ADS-7803" TargetMode="External"/><Relationship Id="rId54" Type="http://schemas.openxmlformats.org/officeDocument/2006/relationships/hyperlink" Target="https://adservio.atlassian.net/browse/ADS-7807" TargetMode="External"/><Relationship Id="rId55" Type="http://schemas.openxmlformats.org/officeDocument/2006/relationships/hyperlink" Target="https://adservio.atlassian.net/browse/ADS-7831" TargetMode="External"/><Relationship Id="rId56" Type="http://schemas.openxmlformats.org/officeDocument/2006/relationships/hyperlink" Target="https://adservio.atlassian.net/browse/ADS-7852" TargetMode="External"/><Relationship Id="rId57" Type="http://schemas.openxmlformats.org/officeDocument/2006/relationships/hyperlink" Target="https://adservio.atlassian.net/browse/ADS-7880" TargetMode="External"/><Relationship Id="rId58" Type="http://schemas.openxmlformats.org/officeDocument/2006/relationships/hyperlink" Target="https://adservio.atlassian.net/browse/ADS-7890" TargetMode="External"/><Relationship Id="rId59" Type="http://schemas.openxmlformats.org/officeDocument/2006/relationships/hyperlink" Target="https://adservio.atlassian.net/browse/ADS-7896" TargetMode="External"/><Relationship Id="rId60" Type="http://schemas.openxmlformats.org/officeDocument/2006/relationships/hyperlink" Target="https://adservio.atlassian.net/browse/ADS-7904" TargetMode="External"/><Relationship Id="rId61" Type="http://schemas.openxmlformats.org/officeDocument/2006/relationships/hyperlink" Target="https://adservio.atlassian.net/browse/ADS-7907" TargetMode="External"/><Relationship Id="rId62" Type="http://schemas.openxmlformats.org/officeDocument/2006/relationships/hyperlink" Target="https://adservio.atlassian.net/browse/ADS-7908" TargetMode="External"/><Relationship Id="rId63" Type="http://schemas.openxmlformats.org/officeDocument/2006/relationships/hyperlink" Target="https://adservio.atlassian.net/browse/ADS-7910" TargetMode="External"/><Relationship Id="rId64" Type="http://schemas.openxmlformats.org/officeDocument/2006/relationships/hyperlink" Target="https://adservio.atlassian.net/browse/ADS-7952" TargetMode="External"/><Relationship Id="rId65" Type="http://schemas.openxmlformats.org/officeDocument/2006/relationships/hyperlink" Target="https://adservio.atlassian.net/browse/ADS-7962" TargetMode="External"/><Relationship Id="rId66" Type="http://schemas.openxmlformats.org/officeDocument/2006/relationships/hyperlink" Target="https://adservio.atlassian.net/browse/ADS-7976" TargetMode="External"/><Relationship Id="rId67" Type="http://schemas.openxmlformats.org/officeDocument/2006/relationships/hyperlink" Target="https://adservio.atlassian.net/browse/ADS-7981" TargetMode="External"/><Relationship Id="rId68" Type="http://schemas.openxmlformats.org/officeDocument/2006/relationships/hyperlink" Target="https://adservio.atlassian.net/browse/ADS-7989" TargetMode="External"/><Relationship Id="rId69" Type="http://schemas.openxmlformats.org/officeDocument/2006/relationships/hyperlink" Target="https://adservio.atlassian.net/browse/ADS-8000" TargetMode="External"/><Relationship Id="rId70" Type="http://schemas.openxmlformats.org/officeDocument/2006/relationships/hyperlink" Target="https://adservio.atlassian.net/browse/ADS-7574" TargetMode="External"/><Relationship Id="rId71" Type="http://schemas.openxmlformats.org/officeDocument/2006/relationships/hyperlink" Target="https://adservio.atlassian.net/browse/ADS-7748" TargetMode="External"/><Relationship Id="rId72" Type="http://schemas.openxmlformats.org/officeDocument/2006/relationships/hyperlink" Target="https://adservio.atlassian.net/browse/ADS-8010" TargetMode="External"/><Relationship Id="rId73" Type="http://schemas.openxmlformats.org/officeDocument/2006/relationships/hyperlink" Target="https://adservio.atlassian.net/browse/ADS-8019" TargetMode="External"/><Relationship Id="rId74" Type="http://schemas.openxmlformats.org/officeDocument/2006/relationships/hyperlink" Target="https://adservio.atlassian.net/issues/?jql=issuekey%20in%20%28ADS-406%2C%20ADS-4341%2C%20ADS-4439%2C%20ADS-4857%2C%20ADS-5541%2C%20ADS-5722%2C%20ADS-5737%2C%20ADS-5784%2C%20ADS-5808%2C%20ADS-5919%2C%20ADS-6098%2C%20ADS-6201%2C%20ADS-6494%2C%20ADS-6638%2C%20ADS-6698%2C%20ADS-6712%2C%20ADS-6781%2C%20ADS-6826%2C%20ADS-6980%2C%20ADS-6990%2C%20ADS-7141%2C%20ADS-7266%2C%20ADS-7269%2C%20ADS-7289%2C%20ADS-7305%2C%20ADS-7389%2C%20ADS-7390%2C%20ADS-7405%2C%20ADS-7419%2C%20ADS-7430%2C%20ADS-7434%2C%20ADS-7448%2C%20ADS-7474%2C%20ADS-7484%2C%20ADS-7487%2C%20ADS-7495%2C%20ADS-7496%2C%20ADS-7519%2C%20ADS-7534%2C%20ADS-7542%2C%20ADS-7571%2C%20ADS-7574%2C%20ADS-7575%2C%20ADS-7605%2C%20ADS-7642%2C%20ADS-7653%2C%20ADS-7654%2C%20ADS-7666%2C%20ADS-7667%2C%20ADS-7688%2C%20ADS-7732%2C%20ADS-7746%2C%20ADS-7748%2C%20ADS-7802%2C%20ADS-7803%2C%20ADS-7807%2C%20ADS-7811%2C%20ADS-7825%2C%20ADS-7831%2C%20ADS-7832%2C%20ADS-7851%2C%20ADS-7852%2C%20ADS-7874%2C%20ADS-7876%2C%20ADS-7877%2C%20ADS-7880%2C%20ADS-7890%2C%20ADS-7896%2C%20ADS-7904%2C%20ADS-7907%2C%20ADS-7908%2C%20ADS-7910%2C%20ADS-7952%2C%20ADS-7962%2C%20ADS-7963%2C%20ADS-7971%2C%20ADS-7972%2C%20ADS-7974%2C%20ADS-7975%2C%20ADS-7976%2C%20ADS-7977%2C%20ADS-7978%2C%20ADS-7980%2C%20ADS-7981%2C%20ADS-7989%2C%20ADS-7991%2C%20ADS-8000%2C%20ADS-808%29" TargetMode="External"/><Relationship Id="rId75" Type="http://schemas.openxmlformats.org/officeDocument/2006/relationships/hyperlink" Target="https://adservio.atlassian.net/issues/?jql=issuekey%20in%20%28ADS-1224%2C%20ADS-1272%2C%20ADS-2001%2C%20ADS-406%2C%20ADS-4341%2C%20ADS-4439%2C%20ADS-4857%2C%20ADS-5048%2C%20ADS-5541%2C%20ADS-5663%2C%20ADS-5722%2C%20ADS-5737%2C%20ADS-5784%2C%20ADS-5808%2C%20ADS-5919%2C%20ADS-6098%2C%20ADS-6201%2C%20ADS-6494%2C%20ADS-6638%2C%20ADS-6698%2C%20ADS-6712%2C%20ADS-6781%2C%20ADS-6826%2C%20ADS-6980%2C%20ADS-6990%2C%20ADS-7141%2C%20ADS-7238%2C%20ADS-7266%2C%20ADS-7269%2C%20ADS-7289%2C%20ADS-7305%2C%20ADS-7389%2C%20ADS-7390%2C%20ADS-7405%2C%20ADS-7418%2C%20ADS-7419%2C%20ADS-7430%2C%20ADS-7434%2C%20ADS-7448%2C%20ADS-7474%2C%20ADS-7484%2C%20ADS-7487%2C%20ADS-7495%2C%20ADS-7496%2C%20ADS-7519%2C%20ADS-7534%2C%20ADS-7542%2C%20ADS-7571%2C%20ADS-7574%2C%20ADS-7575%2C%20ADS-7605%2C%20ADS-7642%2C%20ADS-7653%2C%20ADS-7654%2C%20ADS-7666%2C%20ADS-7667%2C%20ADS-7688%2C%20ADS-7732%2C%20ADS-7746%2C%20ADS-7748%2C%20ADS-7802%2C%20ADS-7803%2C%20ADS-7807%2C%20ADS-7811%2C%20ADS-7825%2C%20ADS-7831%2C%20ADS-7832%2C%20ADS-7851%2C%20ADS-7852%2C%20ADS-7874%2C%20ADS-7876%2C%20ADS-7877%2C%20ADS-7880%2C%20ADS-7890%2C%20ADS-7896%2C%20ADS-7898%2C%20ADS-7904%2C%20ADS-7907%2C%20ADS-7908%2C%20ADS-7910%2C%20ADS-7952%2C%20ADS-7962%2C%20ADS-7963%2C%20ADS-7971%2C%20ADS-7972%2C%20ADS-7974%2C%20ADS-7975%2C%20ADS-7976%2C%20ADS-7977%2C%20ADS-7978%2C%20ADS-7980%2C%20ADS-7981%2C%20ADS-7988%2C%20ADS-7989%2C%20ADS-7991%2C%20ADS-7996%2C%20ADS-8000%2C%20ADS-8001%2C%20ADS-8004%2C%20ADS-8007%2C%20ADS-8008%2C%20ADS-8009%2C%20ADS-8010%2C%20ADS-8019%2C%20ADS-8045%2C%20ADS-8046%2C%20ADS-8047%2C%20ADS-8048%2C%20ADS-8049%2C%20ADS-8052%2C%20ADS-8057%2C%20ADS-8059%2C%20ADS-8060%2C%20ADS-8061%2C%20ADS-8068%2C%20ADS-808%29" TargetMode="External"/><Relationship Id="rId76" Type="http://schemas.openxmlformats.org/officeDocument/2006/relationships/hyperlink" Target="https://adservio.atlassian.net/issues/?jql=issuekey%20in%20%28ADS-1224%2C%20ADS-1272%2C%20ADS-2001%2C%20ADS-406%2C%20ADS-4341%2C%20ADS-4439%2C%20ADS-4857%2C%20ADS-5048%2C%20ADS-5663%2C%20ADS-5722%2C%20ADS-5737%2C%20ADS-5784%2C%20ADS-5808%2C%20ADS-5919%2C%20ADS-6098%2C%20ADS-6201%2C%20ADS-6494%2C%20ADS-6638%2C%20ADS-6698%2C%20ADS-6712%2C%20ADS-6781%2C%20ADS-6826%2C%20ADS-6980%2C%20ADS-6990%2C%20ADS-7141%2C%20ADS-7238%2C%20ADS-7266%2C%20ADS-7269%2C%20ADS-7289%2C%20ADS-7305%2C%20ADS-7389%2C%20ADS-7390%2C%20ADS-7405%2C%20ADS-7418%2C%20ADS-7419%2C%20ADS-7430%2C%20ADS-7434%2C%20ADS-7448%2C%20ADS-7474%2C%20ADS-7484%2C%20ADS-7487%2C%20ADS-7495%2C%20ADS-7496%2C%20ADS-7519%2C%20ADS-7534%2C%20ADS-7542%2C%20ADS-7571%2C%20ADS-7574%2C%20ADS-7575%2C%20ADS-7605%2C%20ADS-7642%2C%20ADS-7653%2C%20ADS-7654%2C%20ADS-7666%2C%20ADS-7667%2C%20ADS-7688%2C%20ADS-7732%2C%20ADS-7746%2C%20ADS-7748%2C%20ADS-7802%2C%20ADS-7803%2C%20ADS-7807%2C%20ADS-7811%2C%20ADS-7825%2C%20ADS-7831%2C%20ADS-7832%2C%20ADS-7852%2C%20ADS-7874%2C%20ADS-7876%2C%20ADS-7877%2C%20ADS-7880%2C%20ADS-7890%2C%20ADS-7896%2C%20ADS-7898%2C%20ADS-7904%2C%20ADS-7907%2C%20ADS-7908%2C%20ADS-7910%2C%20ADS-7952%2C%20ADS-7962%2C%20ADS-7963%2C%20ADS-7971%2C%20ADS-7972%2C%20ADS-7974%2C%20ADS-7975%2C%20ADS-7976%2C%20ADS-7977%2C%20ADS-7978%2C%20ADS-7980%2C%20ADS-7981%2C%20ADS-7988%2C%20ADS-7989%2C%20ADS-7991%2C%20ADS-7996%2C%20ADS-8000%2C%20ADS-8001%2C%20ADS-8004%2C%20ADS-8007%2C%20ADS-8008%2C%20ADS-8009%2C%20ADS-8010%2C%20ADS-8019%2C%20ADS-8045%2C%20ADS-8046%2C%20ADS-8047%2C%20ADS-8048%2C%20ADS-8049%2C%20ADS-8052%2C%20ADS-8059%2C%20ADS-8060%2C%20ADS-8061%2C%20ADS-8068%29" TargetMode="External"/><Relationship Id="rId77" Type="http://schemas.openxmlformats.org/officeDocument/2006/relationships/hyperlink" Target="https://adservio.atlassian.net/issues/?jql=issuekey%20in%20%28ADS-406%2C%20ADS-4341%2C%20ADS-4439%2C%20ADS-4857%2C%20ADS-5722%2C%20ADS-5737%2C%20ADS-5784%2C%20ADS-5808%2C%20ADS-5919%2C%20ADS-6098%2C%20ADS-6201%2C%20ADS-6494%2C%20ADS-6638%2C%20ADS-6698%2C%20ADS-6712%2C%20ADS-6781%2C%20ADS-6826%2C%20ADS-6980%2C%20ADS-6990%2C%20ADS-7141%2C%20ADS-7266%2C%20ADS-7269%2C%20ADS-7289%2C%20ADS-7305%2C%20ADS-7389%2C%20ADS-7390%2C%20ADS-7405%2C%20ADS-7419%2C%20ADS-7430%2C%20ADS-7434%2C%20ADS-7448%2C%20ADS-7474%2C%20ADS-7484%2C%20ADS-7487%2C%20ADS-7495%2C%20ADS-7496%2C%20ADS-7519%2C%20ADS-7534%2C%20ADS-7542%2C%20ADS-7571%2C%20ADS-7574%2C%20ADS-7575%2C%20ADS-7605%2C%20ADS-7642%2C%20ADS-7653%2C%20ADS-7654%2C%20ADS-7666%2C%20ADS-7667%2C%20ADS-7688%2C%20ADS-7732%2C%20ADS-7746%2C%20ADS-7748%2C%20ADS-7802%2C%20ADS-7803%2C%20ADS-7807%2C%20ADS-7811%2C%20ADS-7825%2C%20ADS-7831%2C%20ADS-7832%2C%20ADS-7852%2C%20ADS-7874%2C%20ADS-7876%2C%20ADS-7877%2C%20ADS-7880%2C%20ADS-7890%2C%20ADS-7896%2C%20ADS-7904%2C%20ADS-7907%2C%20ADS-7908%2C%20ADS-7910%2C%20ADS-7952%2C%20ADS-7962%2C%20ADS-7963%2C%20ADS-7971%2C%20ADS-7972%2C%20ADS-7974%2C%20ADS-7975%2C%20ADS-7976%2C%20ADS-7977%2C%20ADS-7978%2C%20ADS-7980%2C%20ADS-7981%2C%20ADS-7989%2C%20ADS-7991%2C%20ADS-8000%29" TargetMode="External"/><Relationship Id="rId78" Type="http://schemas.openxmlformats.org/officeDocument/2006/relationships/hyperlink" Target="https://adservio.atlassian.net/issues/?jql=issuekey%20in%20%28ADS-5541%2C%20ADS-7851%2C%20ADS-8057%2C%20ADS-808%29" TargetMode="External"/><Relationship Id="rId79" Type="http://schemas.openxmlformats.org/officeDocument/2006/relationships/hyperlink" Target="https://adservio.atlassian.net/issues/?jql=issuekey%20in%20%28ADS-406%2C%20ADS-4341%2C%20ADS-4439%2C%20ADS-4857%2C%20ADS-5722%2C%20ADS-5737%2C%20ADS-5784%2C%20ADS-5808%2C%20ADS-5919%2C%20ADS-6098%2C%20ADS-6494%2C%20ADS-6638%2C%20ADS-6698%2C%20ADS-6712%2C%20ADS-6781%2C%20ADS-6826%2C%20ADS-6990%2C%20ADS-7141%2C%20ADS-7266%2C%20ADS-7269%2C%20ADS-7289%2C%20ADS-7305%2C%20ADS-7389%2C%20ADS-7390%2C%20ADS-7405%2C%20ADS-7419%2C%20ADS-7430%2C%20ADS-7434%2C%20ADS-7448%2C%20ADS-7484%2C%20ADS-7487%2C%20ADS-7495%2C%20ADS-7496%2C%20ADS-7519%2C%20ADS-7542%2C%20ADS-7571%2C%20ADS-7575%2C%20ADS-7605%2C%20ADS-7653%2C%20ADS-7654%2C%20ADS-7666%2C%20ADS-7667%2C%20ADS-7688%2C%20ADS-7732%2C%20ADS-7746%2C%20ADS-7748%2C%20ADS-7802%2C%20ADS-7803%2C%20ADS-7807%2C%20ADS-7811%2C%20ADS-7825%2C%20ADS-7852%2C%20ADS-7874%2C%20ADS-7876%2C%20ADS-7877%2C%20ADS-7880%2C%20ADS-7890%2C%20ADS-7896%2C%20ADS-7904%2C%20ADS-7908%2C%20ADS-7910%2C%20ADS-7963%2C%20ADS-7971%2C%20ADS-7972%2C%20ADS-7974%2C%20ADS-7975%2C%20ADS-7976%2C%20ADS-7977%2C%20ADS-7978%2C%20ADS-7980%2C%20ADS-7981%2C%20ADS-7989%2C%20ADS-7991%2C%20ADS-8000%29" TargetMode="External"/><Relationship Id="rId80" Type="http://schemas.openxmlformats.org/officeDocument/2006/relationships/hyperlink" Target="https://adservio.atlassian.net/issues/?jql=issuekey%20in%20%28ADS-7474%2C%20ADS-7534%2C%20ADS-7574%2C%20ADS-7642%2C%20ADS-7832%2C%20ADS-7907%2C%20ADS-7952%2C%20ADS-7962%29" TargetMode="External"/><Relationship Id="rId81" Type="http://schemas.openxmlformats.org/officeDocument/2006/relationships/hyperlink" Target="https://adservio.atlassian.net/issues/?jql=issuekey%20in%20%28ADS-1272%2C%20ADS-5663%2C%20ADS-6098%2C%20ADS-6781%2C%20ADS-6826%2C%20ADS-7238%2C%20ADS-7269%2C%20ADS-7289%2C%20ADS-7405%2C%20ADS-7418%2C%20ADS-7434%2C%20ADS-7448%2C%20ADS-7487%2C%20ADS-7519%2C%20ADS-7542%2C%20ADS-7571%2C%20ADS-7574%2C%20ADS-7605%2C%20ADS-7654%2C%20ADS-7667%2C%20ADS-7688%2C%20ADS-7748%2C%20ADS-7802%2C%20ADS-7811%2C%20ADS-7825%2C%20ADS-7832%2C%20ADS-7874%2C%20ADS-7876%2C%20ADS-7877%2C%20ADS-7898%2C%20ADS-7963%2C%20ADS-7971%2C%20ADS-7972%2C%20ADS-7974%2C%20ADS-7975%2C%20ADS-7977%2C%20ADS-7978%2C%20ADS-7980%2C%20ADS-7991%2C%20ADS-7996%2C%20ADS-8001%2C%20ADS-8009%2C%20ADS-8010%2C%20ADS-8019%2C%20ADS-8045%2C%20ADS-8048%2C%20ADS-8052%2C%20ADS-8059%29" TargetMode="External"/><Relationship Id="rId82" Type="http://schemas.openxmlformats.org/officeDocument/2006/relationships/hyperlink" Target="issue_audit_register_Org_Adservio_ADS_Q2_W25_-_22-26_Jun_2026-07-08.csv" TargetMode="External"/><Relationship Id="rId83" Type="http://schemas.openxmlformats.org/officeDocument/2006/relationships/hyperlink" Target="metric_lineage_Org_Adservio_ADS_Q2_W25_-_22-26_Jun_2026-07-08.csv" TargetMode="External"/><Relationship Id="rId84" Type="http://schemas.openxmlformats.org/officeDocument/2006/relationships/hyperlink" Target="jql_traceability_register_Org_Adservio_ADS_Q2_W25_-_22-26_Jun_2026-07-08.csv" TargetMode="External"/><Relationship Id="rId85" Type="http://schemas.openxmlformats.org/officeDocument/2006/relationships/hyperlink" Target="sprint_metrics_Org_Adservio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