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/>
        </w:rPr>
        <w:t>Engineering Pulse — Org Adservio ADS Q3 W29 - 20-24 Jul</w:t>
      </w:r>
    </w:p>
    <w:p>
      <w:r>
        <w:rPr>
          <w:i/>
        </w:rPr>
        <w:t>Aggregated sprint ADS Q3 W29 - 20-24 Jul • deduplicated roll-up across included teams</w:t>
      </w:r>
    </w:p>
    <w:p>
      <w:r>
        <w:t>This org roll-up aggregates deduplicated frozen issue facts across 4 team snapshots. Count metrics link to snapshot-exact JQL result pages. Jira IDs in the report link to live Jira issues.</w:t>
      </w:r>
    </w:p>
    <w:p>
      <w:pPr>
        <w:pStyle w:val="Heading1"/>
      </w:pPr>
      <w:r>
        <w:t>Executive summary</w:t>
      </w:r>
    </w:p>
    <w:p>
      <w:r>
        <w:t>Yellow. The sprint closed 32/70 visible items. The org roll-up absorbed noise reasonably well — 6/10 added items were closed — but finish predictability was only 48.8% (21/43), and bugs made up 37.5% of completed items. Planning-baseline carryover includes 22 finish misses and 10 expected progress continuations.</w:t>
      </w:r>
    </w:p>
    <w:p>
      <w:pPr>
        <w:pStyle w:val="Heading1"/>
      </w:pPr>
      <w:r>
        <w:t>Top-line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Metric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How to read it</w:t>
            </w:r>
          </w:p>
        </w:tc>
      </w:tr>
      <w:tr>
        <w:tc>
          <w:tcPr>
            <w:tcW w:type="dxa" w:w="3456"/>
          </w:tcPr>
          <w:p>
            <w:r>
              <w:t>Committed completion</w:t>
            </w:r>
          </w:p>
        </w:tc>
        <w:tc>
          <w:tcPr>
            <w:tcW w:type="dxa" w:w="3456"/>
          </w:tcPr>
          <w:p>
            <w:hyperlink r:id="rId9">
              <w:r>
                <w:rPr>
                  <w:color w:val="0563C1"/>
                  <w:u w:val="single"/>
                </w:rPr>
                <w:t>43.3% (26/60)</w:t>
              </w:r>
            </w:hyperlink>
          </w:p>
        </w:tc>
        <w:tc>
          <w:tcPr>
            <w:tcW w:type="dxa" w:w="3456"/>
          </w:tcPr>
          <w:p>
            <w:r>
              <w:t>Planned items marked Done ÷ all planned committed items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hyperlink r:id="rId10">
              <w:r>
                <w:rPr>
                  <w:color w:val="0563C1"/>
                  <w:u w:val="single"/>
                </w:rPr>
                <w:t>56.7% (34/60)</w:t>
              </w:r>
            </w:hyperlink>
          </w:p>
        </w:tc>
        <w:tc>
          <w:tcPr>
            <w:tcW w:type="dxa" w:w="3456"/>
          </w:tcPr>
          <w:p>
            <w:r>
              <w:t>All planned items not Done, including expected Progress continuations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hyperlink r:id="rId11">
              <w:r>
                <w:rPr>
                  <w:color w:val="0563C1"/>
                  <w:u w:val="single"/>
                </w:rPr>
                <w:t>51.2% (22/43)</w:t>
              </w:r>
            </w:hyperlink>
          </w:p>
        </w:tc>
        <w:tc>
          <w:tcPr>
            <w:tcW w:type="dxa" w:w="3456"/>
          </w:tcPr>
          <w:p>
            <w:r>
              <w:t>Finish-intent planned items not Done ÷ all finish-intent planned items</w:t>
            </w:r>
          </w:p>
        </w:tc>
      </w:tr>
      <w:tr>
        <w:tc>
          <w:tcPr>
            <w:tcW w:type="dxa" w:w="3456"/>
          </w:tcPr>
          <w:p>
            <w:r>
              <w:t>Finish predictability</w:t>
            </w:r>
          </w:p>
        </w:tc>
        <w:tc>
          <w:tcPr>
            <w:tcW w:type="dxa" w:w="3456"/>
          </w:tcPr>
          <w:p>
            <w:hyperlink r:id="rId12">
              <w:r>
                <w:rPr>
                  <w:color w:val="0563C1"/>
                  <w:u w:val="single"/>
                </w:rPr>
                <w:t>48.8% (21/43)</w:t>
              </w:r>
            </w:hyperlink>
          </w:p>
        </w:tc>
        <w:tc>
          <w:tcPr>
            <w:tcW w:type="dxa" w:w="3456"/>
          </w:tcPr>
          <w:p>
            <w:r>
              <w:t>Finish-intent planned items done ÷ all finish-intent planned items</w:t>
            </w:r>
          </w:p>
        </w:tc>
      </w:tr>
      <w:tr>
        <w:tc>
          <w:tcPr>
            <w:tcW w:type="dxa" w:w="3456"/>
          </w:tcPr>
          <w:p>
            <w:r>
              <w:t>Progress predictability</w:t>
            </w:r>
          </w:p>
        </w:tc>
        <w:tc>
          <w:tcPr>
            <w:tcW w:type="dxa" w:w="3456"/>
          </w:tcPr>
          <w:p>
            <w:hyperlink r:id="rId13">
              <w:r>
                <w:rPr>
                  <w:color w:val="0563C1"/>
                  <w:u w:val="single"/>
                </w:rPr>
                <w:t>66.7% (10/15)</w:t>
              </w:r>
            </w:hyperlink>
          </w:p>
        </w:tc>
        <w:tc>
          <w:tcPr>
            <w:tcW w:type="dxa" w:w="3456"/>
          </w:tcPr>
          <w:p>
            <w:r>
              <w:t>Progress items that behaved as intended by carrying</w:t>
            </w:r>
          </w:p>
        </w:tc>
      </w:tr>
      <w:tr>
        <w:tc>
          <w:tcPr>
            <w:tcW w:type="dxa" w:w="3456"/>
          </w:tcPr>
          <w:p>
            <w:r>
              <w:t>Added-during-sprint load</w:t>
            </w:r>
          </w:p>
        </w:tc>
        <w:tc>
          <w:tcPr>
            <w:tcW w:type="dxa" w:w="3456"/>
          </w:tcPr>
          <w:p>
            <w:hyperlink r:id="rId14">
              <w:r>
                <w:rPr>
                  <w:color w:val="0563C1"/>
                  <w:u w:val="single"/>
                </w:rPr>
                <w:t>14.3% (10/70)</w:t>
              </w:r>
            </w:hyperlink>
          </w:p>
        </w:tc>
        <w:tc>
          <w:tcPr>
            <w:tcW w:type="dxa" w:w="3456"/>
          </w:tcPr>
          <w:p>
            <w:r>
              <w:t>Outcome-only items ÷ all visible items</w:t>
            </w:r>
          </w:p>
        </w:tc>
      </w:tr>
      <w:tr>
        <w:tc>
          <w:tcPr>
            <w:tcW w:type="dxa" w:w="3456"/>
          </w:tcPr>
          <w:p>
            <w:r>
              <w:t>Added work closure</w:t>
            </w:r>
          </w:p>
        </w:tc>
        <w:tc>
          <w:tcPr>
            <w:tcW w:type="dxa" w:w="3456"/>
          </w:tcPr>
          <w:p>
            <w:hyperlink r:id="rId15">
              <w:r>
                <w:rPr>
                  <w:color w:val="0563C1"/>
                  <w:u w:val="single"/>
                </w:rPr>
                <w:t>6/10</w:t>
              </w:r>
            </w:hyperlink>
          </w:p>
        </w:tc>
        <w:tc>
          <w:tcPr>
            <w:tcW w:type="dxa" w:w="3456"/>
          </w:tcPr>
          <w:p>
            <w:r>
              <w:t>All added items marked Done</w:t>
            </w:r>
          </w:p>
        </w:tc>
      </w:tr>
      <w:tr>
        <w:tc>
          <w:tcPr>
            <w:tcW w:type="dxa" w:w="3456"/>
          </w:tcPr>
          <w:p>
            <w:r>
              <w:t>Reactive load (bug share)</w:t>
            </w:r>
          </w:p>
        </w:tc>
        <w:tc>
          <w:tcPr>
            <w:tcW w:type="dxa" w:w="3456"/>
          </w:tcPr>
          <w:p>
            <w:hyperlink r:id="rId16">
              <w:r>
                <w:rPr>
                  <w:color w:val="0563C1"/>
                  <w:u w:val="single"/>
                </w:rPr>
                <w:t>37.5% (12/32)</w:t>
              </w:r>
            </w:hyperlink>
          </w:p>
        </w:tc>
        <w:tc>
          <w:tcPr>
            <w:tcW w:type="dxa" w:w="3456"/>
          </w:tcPr>
          <w:p>
            <w:r>
              <w:t>Completed bugs ÷ all completed work</w:t>
            </w:r>
          </w:p>
        </w:tc>
      </w:tr>
      <w:tr>
        <w:tc>
          <w:tcPr>
            <w:tcW w:type="dxa" w:w="3456"/>
          </w:tcPr>
          <w:p>
            <w:r>
              <w:t>Planning quality</w:t>
            </w:r>
          </w:p>
        </w:tc>
        <w:tc>
          <w:tcPr>
            <w:tcW w:type="dxa" w:w="3456"/>
          </w:tcPr>
          <w:p>
            <w:hyperlink r:id="rId17">
              <w:r>
                <w:rPr>
                  <w:color w:val="0563C1"/>
                  <w:u w:val="single"/>
                </w:rPr>
                <w:t>35.0% (21/60)</w:t>
              </w:r>
            </w:hyperlink>
          </w:p>
        </w:tc>
        <w:tc>
          <w:tcPr>
            <w:tcW w:type="dxa" w:w="3456"/>
          </w:tcPr>
          <w:p>
            <w:r>
              <w:t>Committed items marked Ready ÷ all committed items</w:t>
            </w:r>
          </w:p>
        </w:tc>
      </w:tr>
      <w:tr>
        <w:tc>
          <w:tcPr>
            <w:tcW w:type="dxa" w:w="3456"/>
          </w:tcPr>
          <w:p>
            <w:r>
              <w:t>Workflow-truth mismatches</w:t>
            </w:r>
          </w:p>
        </w:tc>
        <w:tc>
          <w:tcPr>
            <w:tcW w:type="dxa" w:w="3456"/>
          </w:tcPr>
          <w:p>
            <w:r>
              <w:t>0</w:t>
            </w:r>
          </w:p>
        </w:tc>
        <w:tc>
          <w:tcPr>
            <w:tcW w:type="dxa" w:w="3456"/>
          </w:tcPr>
          <w:p>
            <w:r>
              <w:t>Items marked Done in review while workflow status remained non-final</w:t>
            </w:r>
          </w:p>
        </w:tc>
      </w:tr>
    </w:tbl>
    <w:p>
      <w:pPr>
        <w:pStyle w:val="Heading1"/>
      </w:pPr>
      <w:r>
        <w:t>Engineering readout</w:t>
      </w:r>
    </w:p>
    <w:p>
      <w:r>
        <w:t>Across included teams, the sprint did not fail; it traded predictability for responsiveness. 6/10 added items were closed, but that responsiveness came with 37.5% bug share and diluted finish predictability.</w:t>
      </w:r>
    </w:p>
    <w:p>
      <w:r>
        <w:t>The miss pattern is concentrated: 16 partial-completion carryovers, 1 dependency-driven misses, and 10 planning-baseline items that never really started.</w:t>
      </w:r>
    </w:p>
    <w:p>
      <w:r>
        <w:t>Most misses were not caused by poor readiness. 10 of the 34 planning-baseline carryovers had been marked Ready, so the stronger hypothesis is breakdown, sequencing, and capacity protection rather than simple scoping immaturity.</w:t>
      </w:r>
    </w:p>
    <w:p>
      <w:pPr>
        <w:pStyle w:val="Heading1"/>
      </w:pPr>
      <w:r>
        <w:t>Delivered work mix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481"/>
        <w:gridCol w:w="1481"/>
        <w:gridCol w:w="1481"/>
        <w:gridCol w:w="1481"/>
        <w:gridCol w:w="1481"/>
        <w:gridCol w:w="1481"/>
        <w:gridCol w:w="1481"/>
      </w:tblGrid>
      <w:tr>
        <w:tc>
          <w:tcPr>
            <w:tcW w:type="dxa" w:w="1481"/>
          </w:tcPr>
          <w:p>
            <w:r>
              <w:t>Type</w:t>
            </w:r>
          </w:p>
        </w:tc>
        <w:tc>
          <w:tcPr>
            <w:tcW w:type="dxa" w:w="1481"/>
          </w:tcPr>
          <w:p>
            <w:r>
              <w:t>Planned</w:t>
            </w:r>
          </w:p>
        </w:tc>
        <w:tc>
          <w:tcPr>
            <w:tcW w:type="dxa" w:w="1481"/>
          </w:tcPr>
          <w:p>
            <w:r>
              <w:t>Added</w:t>
            </w:r>
          </w:p>
        </w:tc>
        <w:tc>
          <w:tcPr>
            <w:tcW w:type="dxa" w:w="1481"/>
          </w:tcPr>
          <w:p>
            <w:r>
              <w:t>Stretch</w:t>
            </w:r>
          </w:p>
        </w:tc>
        <w:tc>
          <w:tcPr>
            <w:tcW w:type="dxa" w:w="1481"/>
          </w:tcPr>
          <w:p>
            <w:r>
              <w:t>Unclear</w:t>
            </w:r>
          </w:p>
        </w:tc>
        <w:tc>
          <w:tcPr>
            <w:tcW w:type="dxa" w:w="1481"/>
          </w:tcPr>
          <w:p>
            <w:r>
              <w:t>Total done</w:t>
            </w:r>
          </w:p>
        </w:tc>
        <w:tc>
          <w:tcPr>
            <w:tcW w:type="dxa" w:w="1481"/>
          </w:tcPr>
          <w:p>
            <w:r>
              <w:t>Done %</w:t>
            </w:r>
          </w:p>
        </w:tc>
      </w:tr>
      <w:tr>
        <w:tc>
          <w:tcPr>
            <w:tcW w:type="dxa" w:w="1481"/>
          </w:tcPr>
          <w:p>
            <w:r>
              <w:t>Story</w:t>
            </w:r>
          </w:p>
        </w:tc>
        <w:tc>
          <w:tcPr>
            <w:tcW w:type="dxa" w:w="1481"/>
          </w:tcPr>
          <w:p>
            <w:r>
              <w:t>10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10</w:t>
            </w:r>
          </w:p>
        </w:tc>
        <w:tc>
          <w:tcPr>
            <w:tcW w:type="dxa" w:w="1481"/>
          </w:tcPr>
          <w:p>
            <w:r>
              <w:t>31.2%</w:t>
            </w:r>
          </w:p>
        </w:tc>
      </w:tr>
      <w:tr>
        <w:tc>
          <w:tcPr>
            <w:tcW w:type="dxa" w:w="1481"/>
          </w:tcPr>
          <w:p>
            <w:r>
              <w:t>Task</w:t>
            </w:r>
          </w:p>
        </w:tc>
        <w:tc>
          <w:tcPr>
            <w:tcW w:type="dxa" w:w="1481"/>
          </w:tcPr>
          <w:p>
            <w:r>
              <w:t>5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7</w:t>
            </w:r>
          </w:p>
        </w:tc>
        <w:tc>
          <w:tcPr>
            <w:tcW w:type="dxa" w:w="1481"/>
          </w:tcPr>
          <w:p>
            <w:r>
              <w:t>21.9%</w:t>
            </w:r>
          </w:p>
        </w:tc>
      </w:tr>
      <w:tr>
        <w:tc>
          <w:tcPr>
            <w:tcW w:type="dxa" w:w="1481"/>
          </w:tcPr>
          <w:p>
            <w:r>
              <w:t>Bug</w:t>
            </w:r>
          </w:p>
        </w:tc>
        <w:tc>
          <w:tcPr>
            <w:tcW w:type="dxa" w:w="1481"/>
          </w:tcPr>
          <w:p>
            <w:r>
              <w:t>10</w:t>
            </w:r>
          </w:p>
        </w:tc>
        <w:tc>
          <w:tcPr>
            <w:tcW w:type="dxa" w:w="1481"/>
          </w:tcPr>
          <w:p>
            <w:r>
              <w:t>2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0</w:t>
            </w:r>
          </w:p>
        </w:tc>
        <w:tc>
          <w:tcPr>
            <w:tcW w:type="dxa" w:w="1481"/>
          </w:tcPr>
          <w:p>
            <w:r>
              <w:t>12</w:t>
            </w:r>
          </w:p>
        </w:tc>
        <w:tc>
          <w:tcPr>
            <w:tcW w:type="dxa" w:w="1481"/>
          </w:tcPr>
          <w:p>
            <w:r>
              <w:t>37.5%</w:t>
            </w:r>
          </w:p>
        </w:tc>
      </w:tr>
    </w:tbl>
    <w:p>
      <w:pPr>
        <w:pStyle w:val="Heading1"/>
      </w:pPr>
      <w:r>
        <w:t>Planning baseline: plan vs execution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Signal</w:t>
            </w:r>
          </w:p>
        </w:tc>
        <w:tc>
          <w:tcPr>
            <w:tcW w:type="dxa" w:w="3456"/>
          </w:tcPr>
          <w:p>
            <w:r>
              <w:t>Value</w:t>
            </w:r>
          </w:p>
        </w:tc>
        <w:tc>
          <w:tcPr>
            <w:tcW w:type="dxa" w:w="3456"/>
          </w:tcPr>
          <w:p>
            <w:r>
              <w:t>Why it matters</w:t>
            </w:r>
          </w:p>
        </w:tc>
      </w:tr>
      <w:tr>
        <w:tc>
          <w:tcPr>
            <w:tcW w:type="dxa" w:w="3456"/>
          </w:tcPr>
          <w:p>
            <w:r>
              <w:t>Planning-baseline items</w:t>
            </w:r>
          </w:p>
        </w:tc>
        <w:tc>
          <w:tcPr>
            <w:tcW w:type="dxa" w:w="3456"/>
          </w:tcPr>
          <w:p>
            <w:r>
              <w:t>60</w:t>
            </w:r>
          </w:p>
        </w:tc>
        <w:tc>
          <w:tcPr>
            <w:tcW w:type="dxa" w:w="3456"/>
          </w:tcPr>
          <w:p>
            <w:r>
              <w:t>Items present in the frozen planning snapshot</w:t>
            </w:r>
          </w:p>
        </w:tc>
      </w:tr>
      <w:tr>
        <w:tc>
          <w:tcPr>
            <w:tcW w:type="dxa" w:w="3456"/>
          </w:tcPr>
          <w:p>
            <w:r>
              <w:t>Planning-baseline done</w:t>
            </w:r>
          </w:p>
        </w:tc>
        <w:tc>
          <w:tcPr>
            <w:tcW w:type="dxa" w:w="3456"/>
          </w:tcPr>
          <w:p>
            <w:r>
              <w:t>26</w:t>
            </w:r>
          </w:p>
        </w:tc>
        <w:tc>
          <w:tcPr>
            <w:tcW w:type="dxa" w:w="3456"/>
          </w:tcPr>
          <w:p>
            <w:r>
              <w:t>Closed by sprint review</w:t>
            </w:r>
          </w:p>
        </w:tc>
      </w:tr>
      <w:tr>
        <w:tc>
          <w:tcPr>
            <w:tcW w:type="dxa" w:w="3456"/>
          </w:tcPr>
          <w:p>
            <w:r>
              <w:t>Planning-baseline carryover</w:t>
            </w:r>
          </w:p>
        </w:tc>
        <w:tc>
          <w:tcPr>
            <w:tcW w:type="dxa" w:w="3456"/>
          </w:tcPr>
          <w:p>
            <w:r>
              <w:t>34</w:t>
            </w:r>
          </w:p>
        </w:tc>
        <w:tc>
          <w:tcPr>
            <w:tcW w:type="dxa" w:w="3456"/>
          </w:tcPr>
          <w:p>
            <w:r>
              <w:t>All planned items still open, including Progress continuation</w:t>
            </w:r>
          </w:p>
        </w:tc>
      </w:tr>
      <w:tr>
        <w:tc>
          <w:tcPr>
            <w:tcW w:type="dxa" w:w="3456"/>
          </w:tcPr>
          <w:p>
            <w:r>
              <w:t>Finish-intent carryover</w:t>
            </w:r>
          </w:p>
        </w:tc>
        <w:tc>
          <w:tcPr>
            <w:tcW w:type="dxa" w:w="3456"/>
          </w:tcPr>
          <w:p>
            <w:r>
              <w:t>22</w:t>
            </w:r>
          </w:p>
        </w:tc>
        <w:tc>
          <w:tcPr>
            <w:tcW w:type="dxa" w:w="3456"/>
          </w:tcPr>
          <w:p>
            <w:r>
              <w:t>Planned-to-finish items that did not finish</w:t>
            </w:r>
          </w:p>
        </w:tc>
      </w:tr>
      <w:tr>
        <w:tc>
          <w:tcPr>
            <w:tcW w:type="dxa" w:w="3456"/>
          </w:tcPr>
          <w:p>
            <w:r>
              <w:t>Progress continuation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Progress-intent planned items still open as expected</w:t>
            </w:r>
          </w:p>
        </w:tc>
      </w:tr>
      <w:tr>
        <w:tc>
          <w:tcPr>
            <w:tcW w:type="dxa" w:w="3456"/>
          </w:tcPr>
          <w:p>
            <w:r>
              <w:t>Planning-baseline items marked Ready</w:t>
            </w:r>
          </w:p>
        </w:tc>
        <w:tc>
          <w:tcPr>
            <w:tcW w:type="dxa" w:w="3456"/>
          </w:tcPr>
          <w:p>
            <w:r>
              <w:t>21</w:t>
            </w:r>
          </w:p>
        </w:tc>
        <w:tc>
          <w:tcPr>
            <w:tcW w:type="dxa" w:w="3456"/>
          </w:tcPr>
          <w:p>
            <w:r>
              <w:t>Planning-quality input</w:t>
            </w:r>
          </w:p>
        </w:tc>
      </w:tr>
      <w:tr>
        <w:tc>
          <w:tcPr>
            <w:tcW w:type="dxa" w:w="3456"/>
          </w:tcPr>
          <w:p>
            <w:r>
              <w:t>Carryovers marked Ready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Ready did not guarantee closure</w:t>
            </w:r>
          </w:p>
        </w:tc>
      </w:tr>
      <w:tr>
        <w:tc>
          <w:tcPr>
            <w:tcW w:type="dxa" w:w="3456"/>
          </w:tcPr>
          <w:p>
            <w:r>
              <w:t>Carryovers not started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Execution focus gap</w:t>
            </w:r>
          </w:p>
        </w:tc>
      </w:tr>
      <w:tr>
        <w:tc>
          <w:tcPr>
            <w:tcW w:type="dxa" w:w="3456"/>
          </w:tcPr>
          <w:p>
            <w:r>
              <w:t>Carryovers started but unfinished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Work moved, but did not close</w:t>
            </w:r>
          </w:p>
        </w:tc>
      </w:tr>
    </w:tbl>
    <w:p>
      <w:pPr>
        <w:pStyle w:val="Heading1"/>
      </w:pPr>
      <w:r>
        <w:t>Carryover pattern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Jira item</w:t>
            </w:r>
          </w:p>
        </w:tc>
        <w:tc>
          <w:tcPr>
            <w:tcW w:type="dxa" w:w="2074"/>
          </w:tcPr>
          <w:p>
            <w:r>
              <w:t>Owner</w:t>
            </w:r>
          </w:p>
        </w:tc>
        <w:tc>
          <w:tcPr>
            <w:tcW w:type="dxa" w:w="2074"/>
          </w:tcPr>
          <w:p>
            <w:r>
              <w:t>Intent</w:t>
            </w:r>
          </w:p>
        </w:tc>
        <w:tc>
          <w:tcPr>
            <w:tcW w:type="dxa" w:w="2074"/>
          </w:tcPr>
          <w:p>
            <w:r>
              <w:t>Status</w:t>
            </w:r>
          </w:p>
        </w:tc>
        <w:tc>
          <w:tcPr>
            <w:tcW w:type="dxa" w:w="2074"/>
          </w:tcPr>
          <w:p>
            <w:r>
              <w:t>Why it carried</w:t>
            </w:r>
          </w:p>
        </w:tc>
      </w:tr>
      <w:tr>
        <w:tc>
          <w:tcPr>
            <w:tcW w:type="dxa" w:w="2074"/>
          </w:tcPr>
          <w:p>
            <w:hyperlink r:id="rId18">
              <w:r>
                <w:rPr>
                  <w:color w:val="0563C1"/>
                  <w:u w:val="single"/>
                </w:rPr>
                <w:t>ADS-2590 — Bug — [Students] - Trebuie inlocuit articolul de la model import automat-date de completare si sa se deschida articolul din manualul de utilizare daca de da click pe linkul respectiv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19">
              <w:r>
                <w:rPr>
                  <w:color w:val="0563C1"/>
                  <w:u w:val="single"/>
                </w:rPr>
                <w:t>ADS-3527 — Bug — [Photos]-  Primul videoclip dintr-un album video nu este redat corect în aplicația mobilă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0">
              <w:r>
                <w:rPr>
                  <w:color w:val="0563C1"/>
                  <w:u w:val="single"/>
                </w:rPr>
                <w:t>ADS-3896 — Bug — [Classes][Homework] -Problema la Trimiterea Temelor Corectate din aplicatia de mobil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1">
              <w:r>
                <w:rPr>
                  <w:color w:val="0563C1"/>
                  <w:u w:val="single"/>
                </w:rPr>
                <w:t>ADS-4007 — Bug — [BE][Subscriptions] - Comportament ciudat featureflags in cazul in care sunt dezactivate subscriptiile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2">
              <w:r>
                <w:rPr>
                  <w:color w:val="0563C1"/>
                  <w:u w:val="single"/>
                </w:rPr>
                <w:t>ADS-4328 — Story — Headers in Mobile App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3">
              <w:r>
                <w:rPr>
                  <w:color w:val="0563C1"/>
                  <w:u w:val="single"/>
                </w:rPr>
                <w:t>ADS-5651 — Bug — [FE/BE/MOB] - Coprofesorul vede toți elevii clasei, deși are asociați doar unii</w:t>
              </w:r>
            </w:hyperlink>
          </w:p>
        </w:tc>
        <w:tc>
          <w:tcPr>
            <w:tcW w:type="dxa" w:w="2074"/>
          </w:tcPr>
          <w:p>
            <w:r>
              <w:t>stefan musat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Done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4">
              <w:r>
                <w:rPr>
                  <w:color w:val="0563C1"/>
                  <w:u w:val="single"/>
                </w:rPr>
                <w:t>ADS-5784 — Story — [FE/BE] Refactor pagina de permisiuni</w:t>
              </w:r>
            </w:hyperlink>
          </w:p>
        </w:tc>
        <w:tc>
          <w:tcPr>
            <w:tcW w:type="dxa" w:w="2074"/>
          </w:tcPr>
          <w:p>
            <w:r>
              <w:t>Petronel Pavel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Merged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25">
              <w:r>
                <w:rPr>
                  <w:color w:val="0563C1"/>
                  <w:u w:val="single"/>
                </w:rPr>
                <w:t>ADS-5808 — Bug — [MOB][Wellbeing] - Parintele nu poate vizualiza testele de autocunoastere pe mob</w:t>
              </w:r>
            </w:hyperlink>
          </w:p>
        </w:tc>
        <w:tc>
          <w:tcPr>
            <w:tcW w:type="dxa" w:w="2074"/>
          </w:tcPr>
          <w:p>
            <w:r>
              <w:t>Antoci Razvan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6">
              <w:r>
                <w:rPr>
                  <w:color w:val="0563C1"/>
                  <w:u w:val="single"/>
                </w:rPr>
                <w:t>ADS-6142 — Story — [Registre Matricole] -US1.1 Creare volume si asociere studenti incadrati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7">
              <w:r>
                <w:rPr>
                  <w:color w:val="0563C1"/>
                  <w:u w:val="single"/>
                </w:rPr>
                <w:t>ADS-6159 — Story — Notification Center for Mobile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28">
              <w:r>
                <w:rPr>
                  <w:color w:val="0563C1"/>
                  <w:u w:val="single"/>
                </w:rPr>
                <w:t>ADS-6201 — Story — Log formatting - node.js, subscriptions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Stretch / Optional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29">
              <w:r>
                <w:rPr>
                  <w:color w:val="0563C1"/>
                  <w:u w:val="single"/>
                </w:rPr>
                <w:t>ADS-6438 — Task — [BE][UNI] - Sincronizare ID-uri Ani universitari/scolari - UNI/preuni - master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to merge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0">
              <w:r>
                <w:rPr>
                  <w:color w:val="0563C1"/>
                  <w:u w:val="single"/>
                </w:rPr>
                <w:t>ADS-6675 — Story — [Financiar] - Managementul penalitatilor</w:t>
              </w:r>
            </w:hyperlink>
          </w:p>
        </w:tc>
        <w:tc>
          <w:tcPr>
            <w:tcW w:type="dxa" w:w="2074"/>
          </w:tcPr>
          <w:p>
            <w:r>
              <w:t>George Murgoci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1">
              <w:r>
                <w:rPr>
                  <w:color w:val="0563C1"/>
                  <w:u w:val="single"/>
                </w:rPr>
                <w:t>ADS-6694 — Story — [MOB] - Test parenting</w:t>
              </w:r>
            </w:hyperlink>
          </w:p>
        </w:tc>
        <w:tc>
          <w:tcPr>
            <w:tcW w:type="dxa" w:w="2074"/>
          </w:tcPr>
          <w:p>
            <w:r/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2">
              <w:r>
                <w:rPr>
                  <w:color w:val="0563C1"/>
                  <w:u w:val="single"/>
                </w:rPr>
                <w:t>ADS-7474 — Task — [FE] - Optimizare viteză de încărcare pagini</w:t>
              </w:r>
            </w:hyperlink>
          </w:p>
        </w:tc>
        <w:tc>
          <w:tcPr>
            <w:tcW w:type="dxa" w:w="2074"/>
          </w:tcPr>
          <w:p>
            <w:r>
              <w:t>Dragoș Ivan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3">
              <w:r>
                <w:rPr>
                  <w:color w:val="0563C1"/>
                  <w:u w:val="single"/>
                </w:rPr>
                <w:t>ADS-7534 — Story — [FE/BE][Adeverinte absolvire] - Flow generare adeverinte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4">
              <w:r>
                <w:rPr>
                  <w:color w:val="0563C1"/>
                  <w:u w:val="single"/>
                </w:rPr>
                <w:t>ADS-7535 — Story — [FE] - Download Adeverinta de absolvire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Ready for testing</w:t>
            </w:r>
          </w:p>
        </w:tc>
        <w:tc>
          <w:tcPr>
            <w:tcW w:type="dxa" w:w="2074"/>
          </w:tcPr>
          <w:p>
            <w:r>
              <w:t>Dependency delay</w:t>
            </w:r>
          </w:p>
        </w:tc>
      </w:tr>
      <w:tr>
        <w:tc>
          <w:tcPr>
            <w:tcW w:type="dxa" w:w="2074"/>
          </w:tcPr>
          <w:p>
            <w:hyperlink r:id="rId35">
              <w:r>
                <w:rPr>
                  <w:color w:val="0563C1"/>
                  <w:u w:val="single"/>
                </w:rPr>
                <w:t>ADS-7666 — Bug — accommodations-api: shared HTTP 500 burst on POST /api/v2/accommodations/dorms/list and related endpoints - 16 hits/20m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36">
              <w:r>
                <w:rPr>
                  <w:color w:val="0563C1"/>
                  <w:u w:val="single"/>
                </w:rPr>
                <w:t>ADS-7816 — Story — [SIIIR] - Import clase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37">
              <w:r>
                <w:rPr>
                  <w:color w:val="0563C1"/>
                  <w:u w:val="single"/>
                </w:rPr>
                <w:t>ADS-7849 — Story — Stergere date S3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38">
              <w:r>
                <w:rPr>
                  <w:color w:val="0563C1"/>
                  <w:u w:val="single"/>
                </w:rPr>
                <w:t>ADS-7906 — Story — [FE/BE] - Config -posibilitatea setarii mediei ca fiind confirmata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39">
              <w:r>
                <w:rPr>
                  <w:color w:val="0563C1"/>
                  <w:u w:val="single"/>
                </w:rPr>
                <w:t>ADS-7907 — Task — [BE] Refactoring SQL_CALC_FOUND_ROWS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0">
              <w:r>
                <w:rPr>
                  <w:color w:val="0563C1"/>
                  <w:u w:val="single"/>
                </w:rPr>
                <w:t>ADS-8023 — Story — [BE/FE][Adeverinte] Permisiuni &amp;feature flags</w:t>
              </w:r>
            </w:hyperlink>
          </w:p>
        </w:tc>
        <w:tc>
          <w:tcPr>
            <w:tcW w:type="dxa" w:w="2074"/>
          </w:tcPr>
          <w:p>
            <w:r>
              <w:t>Ionut Ciolan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1">
              <w:r>
                <w:rPr>
                  <w:color w:val="0563C1"/>
                  <w:u w:val="single"/>
                </w:rPr>
                <w:t>ADS-8058 — Story — [BE/FE][UNI] - Generare serii si ani universitari bulk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2">
              <w:r>
                <w:rPr>
                  <w:color w:val="0563C1"/>
                  <w:u w:val="single"/>
                </w:rPr>
                <w:t>ADS-8067 — Story — [Incadrare] Refactoring React &amp; API</w:t>
              </w:r>
            </w:hyperlink>
          </w:p>
        </w:tc>
        <w:tc>
          <w:tcPr>
            <w:tcW w:type="dxa" w:w="2074"/>
          </w:tcPr>
          <w:p>
            <w:r>
              <w:t>Andrei Dragan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Late start / sequencing</w:t>
            </w:r>
          </w:p>
        </w:tc>
      </w:tr>
      <w:tr>
        <w:tc>
          <w:tcPr>
            <w:tcW w:type="dxa" w:w="2074"/>
          </w:tcPr>
          <w:p>
            <w:hyperlink r:id="rId43">
              <w:r>
                <w:rPr>
                  <w:color w:val="0563C1"/>
                  <w:u w:val="single"/>
                </w:rPr>
                <w:t>ADS-8068 — Story — [MOB] - Încheiere situatie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4">
              <w:r>
                <w:rPr>
                  <w:color w:val="0563C1"/>
                  <w:u w:val="single"/>
                </w:rPr>
                <w:t>ADS-8071 — Story — Teste automate flow Subscripții</w:t>
              </w:r>
            </w:hyperlink>
          </w:p>
        </w:tc>
        <w:tc>
          <w:tcPr>
            <w:tcW w:type="dxa" w:w="2074"/>
          </w:tcPr>
          <w:p>
            <w:r>
              <w:t>Edgar Alexa</w:t>
            </w:r>
          </w:p>
        </w:tc>
        <w:tc>
          <w:tcPr>
            <w:tcW w:type="dxa" w:w="2074"/>
          </w:tcPr>
          <w:p>
            <w:r>
              <w:t>Progress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5">
              <w:r>
                <w:rPr>
                  <w:color w:val="0563C1"/>
                  <w:u w:val="single"/>
                </w:rPr>
                <w:t>ADS-8105 — Story — Impartirea pe module</w:t>
              </w:r>
            </w:hyperlink>
          </w:p>
        </w:tc>
        <w:tc>
          <w:tcPr>
            <w:tcW w:type="dxa" w:w="2074"/>
          </w:tcPr>
          <w:p>
            <w:r>
              <w:t>Ivan Ioana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In Progress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  <w:tr>
        <w:tc>
          <w:tcPr>
            <w:tcW w:type="dxa" w:w="2074"/>
          </w:tcPr>
          <w:p>
            <w:hyperlink r:id="rId46">
              <w:r>
                <w:rPr>
                  <w:color w:val="0563C1"/>
                  <w:u w:val="single"/>
                </w:rPr>
                <w:t>ADS-8111 — Bug — [FE/BE] - In centralizator note nu apare numele unei discipline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Bug / rework pressure</w:t>
            </w:r>
          </w:p>
        </w:tc>
      </w:tr>
      <w:tr>
        <w:tc>
          <w:tcPr>
            <w:tcW w:type="dxa" w:w="2074"/>
          </w:tcPr>
          <w:p>
            <w:hyperlink r:id="rId47">
              <w:r>
                <w:rPr>
                  <w:color w:val="0563C1"/>
                  <w:u w:val="single"/>
                </w:rPr>
                <w:t>ADS-8147 — Bug — [BE] - Nu apar studentii pe sesiunea 2</w:t>
              </w:r>
            </w:hyperlink>
          </w:p>
        </w:tc>
        <w:tc>
          <w:tcPr>
            <w:tcW w:type="dxa" w:w="2074"/>
          </w:tcPr>
          <w:p>
            <w:r>
              <w:t>andrei.alexandru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8">
              <w:r>
                <w:rPr>
                  <w:color w:val="0563C1"/>
                  <w:u w:val="single"/>
                </w:rPr>
                <w:t>ADS-8209 — Bug — [Prod][AWS][legacy-web] GET /api/v2/fisiere/view returns HTTP 500 when M_fisiere.php calls query() on null</w:t>
              </w:r>
            </w:hyperlink>
          </w:p>
        </w:tc>
        <w:tc>
          <w:tcPr>
            <w:tcW w:type="dxa" w:w="2074"/>
          </w:tcPr>
          <w:p>
            <w:r>
              <w:t>Marian Andrei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49">
              <w:r>
                <w:rPr>
                  <w:color w:val="0563C1"/>
                  <w:u w:val="single"/>
                </w:rPr>
                <w:t>ADS-8223 — Bug — [Prod][AWS][ingress] POST /api/v2/fisiere/upload maps backend 400 to HTTP 500 - 10/72h</w:t>
              </w:r>
            </w:hyperlink>
          </w:p>
        </w:tc>
        <w:tc>
          <w:tcPr>
            <w:tcW w:type="dxa" w:w="2074"/>
          </w:tcPr>
          <w:p>
            <w:r>
              <w:t>Cojan Paul-Catalin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Not started</w:t>
            </w:r>
          </w:p>
        </w:tc>
      </w:tr>
      <w:tr>
        <w:tc>
          <w:tcPr>
            <w:tcW w:type="dxa" w:w="2074"/>
          </w:tcPr>
          <w:p>
            <w:hyperlink r:id="rId50">
              <w:r>
                <w:rPr>
                  <w:color w:val="0563C1"/>
                  <w:u w:val="single"/>
                </w:rPr>
                <w:t>ADS-8237 — Bug — [MOB] - Problema la switch account de pe notif admission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Testing</w:t>
            </w:r>
          </w:p>
        </w:tc>
        <w:tc>
          <w:tcPr>
            <w:tcW w:type="dxa" w:w="2074"/>
          </w:tcPr>
          <w:p>
            <w:r/>
          </w:p>
        </w:tc>
      </w:tr>
      <w:tr>
        <w:tc>
          <w:tcPr>
            <w:tcW w:type="dxa" w:w="2074"/>
          </w:tcPr>
          <w:p>
            <w:hyperlink r:id="rId51">
              <w:r>
                <w:rPr>
                  <w:color w:val="0563C1"/>
                  <w:u w:val="single"/>
                </w:rPr>
                <w:t>ADS-8273 — Story — [MOB][Elev][Parinte] - Detalii elev</w:t>
              </w:r>
            </w:hyperlink>
          </w:p>
        </w:tc>
        <w:tc>
          <w:tcPr>
            <w:tcW w:type="dxa" w:w="2074"/>
          </w:tcPr>
          <w:p>
            <w:r>
              <w:t>Stefan Agrigoroaei</w:t>
            </w:r>
          </w:p>
        </w:tc>
        <w:tc>
          <w:tcPr>
            <w:tcW w:type="dxa" w:w="2074"/>
          </w:tcPr>
          <w:p>
            <w:r>
              <w:t>Finish</w:t>
            </w:r>
          </w:p>
        </w:tc>
        <w:tc>
          <w:tcPr>
            <w:tcW w:type="dxa" w:w="2074"/>
          </w:tcPr>
          <w:p>
            <w:r>
              <w:t>To Do</w:t>
            </w:r>
          </w:p>
        </w:tc>
        <w:tc>
          <w:tcPr>
            <w:tcW w:type="dxa" w:w="2074"/>
          </w:tcPr>
          <w:p>
            <w:r>
              <w:t>Partial completion</w:t>
            </w:r>
          </w:p>
        </w:tc>
      </w:tr>
    </w:tbl>
    <w:p>
      <w:pPr>
        <w:pStyle w:val="Heading1"/>
      </w:pPr>
      <w:r>
        <w:t>Miss pattern summary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Pattern</w:t>
            </w:r>
          </w:p>
        </w:tc>
        <w:tc>
          <w:tcPr>
            <w:tcW w:type="dxa" w:w="3456"/>
          </w:tcPr>
          <w:p>
            <w:r>
              <w:t>Count</w:t>
            </w:r>
          </w:p>
        </w:tc>
        <w:tc>
          <w:tcPr>
            <w:tcW w:type="dxa" w:w="3456"/>
          </w:tcPr>
          <w:p>
            <w:r>
              <w:t>What it suggests</w:t>
            </w:r>
          </w:p>
        </w:tc>
      </w:tr>
      <w:tr>
        <w:tc>
          <w:tcPr>
            <w:tcW w:type="dxa" w:w="3456"/>
          </w:tcPr>
          <w:p>
            <w:r>
              <w:t>Partial completion</w:t>
            </w:r>
          </w:p>
        </w:tc>
        <w:tc>
          <w:tcPr>
            <w:tcW w:type="dxa" w:w="3456"/>
          </w:tcPr>
          <w:p>
            <w:r>
              <w:t>16</w:t>
            </w:r>
          </w:p>
        </w:tc>
        <w:tc>
          <w:tcPr>
            <w:tcW w:type="dxa" w:w="3456"/>
          </w:tcPr>
          <w:p>
            <w:r>
              <w:t>Breakdown / sizing / stage-gating was not tight enough</w:t>
            </w:r>
          </w:p>
        </w:tc>
      </w:tr>
      <w:tr>
        <w:tc>
          <w:tcPr>
            <w:tcW w:type="dxa" w:w="3456"/>
          </w:tcPr>
          <w:p>
            <w:r>
              <w:t>Dependency delay</w:t>
            </w:r>
          </w:p>
        </w:tc>
        <w:tc>
          <w:tcPr>
            <w:tcW w:type="dxa" w:w="3456"/>
          </w:tcPr>
          <w:p>
            <w:r>
              <w:t>1</w:t>
            </w:r>
          </w:p>
        </w:tc>
        <w:tc>
          <w:tcPr>
            <w:tcW w:type="dxa" w:w="3456"/>
          </w:tcPr>
          <w:p>
            <w:r>
              <w:t>Capacity protection or dependency timing created slip</w:t>
            </w:r>
          </w:p>
        </w:tc>
      </w:tr>
      <w:tr>
        <w:tc>
          <w:tcPr>
            <w:tcW w:type="dxa" w:w="3456"/>
          </w:tcPr>
          <w:p>
            <w:r>
              <w:t>Not started</w:t>
            </w:r>
          </w:p>
        </w:tc>
        <w:tc>
          <w:tcPr>
            <w:tcW w:type="dxa" w:w="3456"/>
          </w:tcPr>
          <w:p>
            <w:r>
              <w:t>10</w:t>
            </w:r>
          </w:p>
        </w:tc>
        <w:tc>
          <w:tcPr>
            <w:tcW w:type="dxa" w:w="3456"/>
          </w:tcPr>
          <w:p>
            <w:r>
              <w:t>A committed item remained outside execution focus</w:t>
            </w:r>
          </w:p>
        </w:tc>
      </w:tr>
      <w:tr>
        <w:tc>
          <w:tcPr>
            <w:tcW w:type="dxa" w:w="3456"/>
          </w:tcPr>
          <w:p>
            <w:r>
              <w:t>In Progress / Code Review carryovers</w:t>
            </w:r>
          </w:p>
        </w:tc>
        <w:tc>
          <w:tcPr>
            <w:tcW w:type="dxa" w:w="3456"/>
          </w:tcPr>
          <w:p>
            <w:r>
              <w:t>13</w:t>
            </w:r>
          </w:p>
        </w:tc>
        <w:tc>
          <w:tcPr>
            <w:tcW w:type="dxa" w:w="3456"/>
          </w:tcPr>
          <w:p>
            <w:r>
              <w:t>Most misses were moving, but not closing</w:t>
            </w:r>
          </w:p>
        </w:tc>
      </w:tr>
    </w:tbl>
    <w:p>
      <w:pPr>
        <w:pStyle w:val="Heading1"/>
      </w:pPr>
      <w:r>
        <w:t>Workflow-truth mismatches</w:t>
      </w:r>
    </w:p>
    <w:p>
      <w:r>
        <w:t>Items marked Done in the sprint-review field while Jira workflow status was still non-final.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Jira item</w:t>
            </w:r>
          </w:p>
        </w:tc>
        <w:tc>
          <w:tcPr>
            <w:tcW w:type="dxa" w:w="3456"/>
          </w:tcPr>
          <w:p>
            <w:r>
              <w:t>Status</w:t>
            </w:r>
          </w:p>
        </w:tc>
        <w:tc>
          <w:tcPr>
            <w:tcW w:type="dxa" w:w="3456"/>
          </w:tcPr>
          <w:p>
            <w:r>
              <w:t>Intent</w:t>
            </w:r>
          </w:p>
        </w:tc>
      </w:tr>
      <w:tr>
        <w:tc>
          <w:tcPr>
            <w:tcW w:type="dxa" w:w="3456"/>
          </w:tcPr>
          <w:p>
            <w:r>
              <w:t>None</w:t>
            </w:r>
          </w:p>
        </w:tc>
        <w:tc>
          <w:tcPr>
            <w:tcW w:type="dxa" w:w="3456"/>
          </w:tcPr>
          <w:p>
            <w:r/>
          </w:p>
        </w:tc>
        <w:tc>
          <w:tcPr>
            <w:tcW w:type="dxa" w:w="3456"/>
          </w:tcPr>
          <w:p>
            <w:r/>
          </w:p>
        </w:tc>
      </w:tr>
    </w:tbl>
    <w:p>
      <w:pPr>
        <w:pStyle w:val="Heading1"/>
      </w:pPr>
      <w:r>
        <w:t>Executive follow-up questions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t>Question</w:t>
            </w:r>
          </w:p>
        </w:tc>
        <w:tc>
          <w:tcPr>
            <w:tcW w:type="dxa" w:w="3456"/>
          </w:tcPr>
          <w:p>
            <w:r>
              <w:t>Why this matters</w:t>
            </w:r>
          </w:p>
        </w:tc>
        <w:tc>
          <w:tcPr>
            <w:tcW w:type="dxa" w:w="3456"/>
          </w:tcPr>
          <w:p>
            <w:r>
              <w:t>What evidence to ask for</w:t>
            </w:r>
          </w:p>
        </w:tc>
      </w:tr>
      <w:tr>
        <w:tc>
          <w:tcPr>
            <w:tcW w:type="dxa" w:w="3456"/>
          </w:tcPr>
          <w:p>
            <w:r>
              <w:t>Why did finish-intent items carry over despite planning readiness?</w:t>
            </w:r>
          </w:p>
        </w:tc>
        <w:tc>
          <w:tcPr>
            <w:tcW w:type="dxa" w:w="3456"/>
          </w:tcPr>
          <w:p>
            <w:r>
              <w:t>This tests execution quality rather than just scope quality.</w:t>
            </w:r>
          </w:p>
        </w:tc>
        <w:tc>
          <w:tcPr>
            <w:tcW w:type="dxa" w:w="3456"/>
          </w:tcPr>
          <w:p>
            <w:r>
              <w:t>Show finish-intent carryovers split by dependency, partial completion, and not-started.</w:t>
            </w:r>
          </w:p>
        </w:tc>
      </w:tr>
      <w:tr>
        <w:tc>
          <w:tcPr>
            <w:tcW w:type="dxa" w:w="3456"/>
          </w:tcPr>
          <w:p>
            <w:r>
              <w:t>Are Progress items being managed intentionally?</w:t>
            </w:r>
          </w:p>
        </w:tc>
        <w:tc>
          <w:tcPr>
            <w:tcW w:type="dxa" w:w="3456"/>
          </w:tcPr>
          <w:p>
            <w:r>
              <w:t>Progress items are allowed to continue, but the continuation should be visible and controlled.</w:t>
            </w:r>
          </w:p>
        </w:tc>
        <w:tc>
          <w:tcPr>
            <w:tcW w:type="dxa" w:w="3456"/>
          </w:tcPr>
          <w:p>
            <w:r>
              <w:t>Show the original slice and the specific landing expectation for each item.</w:t>
            </w:r>
          </w:p>
        </w:tc>
      </w:tr>
      <w:tr>
        <w:tc>
          <w:tcPr>
            <w:tcW w:type="dxa" w:w="3456"/>
          </w:tcPr>
          <w:p>
            <w:r>
              <w:t>Is added work a healthy responsiveness level or chronic interruption?</w:t>
            </w:r>
          </w:p>
        </w:tc>
        <w:tc>
          <w:tcPr>
            <w:tcW w:type="dxa" w:w="3456"/>
          </w:tcPr>
          <w:p>
            <w:r>
              <w:t>High responsiveness can hide systemic instability and diluted predictability.</w:t>
            </w:r>
          </w:p>
        </w:tc>
        <w:tc>
          <w:tcPr>
            <w:tcW w:type="dxa" w:w="3456"/>
          </w:tcPr>
          <w:p>
            <w:r>
              <w:t>Show which added items were urgent/reactive versus discretionary scope change.</w:t>
            </w:r>
          </w:p>
        </w:tc>
      </w:tr>
      <w:tr>
        <w:tc>
          <w:tcPr>
            <w:tcW w:type="dxa" w:w="3456"/>
          </w:tcPr>
          <w:p>
            <w:r>
              <w:t>Can we trust Done in review when workflow is still non-final?</w:t>
            </w:r>
          </w:p>
        </w:tc>
        <w:tc>
          <w:tcPr>
            <w:tcW w:type="dxa" w:w="3456"/>
          </w:tcPr>
          <w:p>
            <w:r>
              <w:t>Workflow-truth gaps reduce trust and make completion easy to game.</w:t>
            </w:r>
          </w:p>
        </w:tc>
        <w:tc>
          <w:tcPr>
            <w:tcW w:type="dxa" w:w="3456"/>
          </w:tcPr>
          <w:p>
            <w:r>
              <w:t>Show the exact mismatches and the completion rule to enforce next sprint.</w:t>
            </w:r>
          </w:p>
        </w:tc>
      </w:tr>
    </w:tbl>
    <w:p>
      <w:r>
        <w:t>Included teams in this org pulse: Mobile, Team 1, Team 2, University.</w:t>
      </w:r>
    </w:p>
    <w:p>
      <w:r>
        <w:t>Usage note: start with the top-line metrics, then use the traceability links to answer these questions with issue-level evidence.</w:t>
      </w:r>
    </w:p>
    <w:p>
      <w:pPr>
        <w:pStyle w:val="Heading1"/>
      </w:pPr>
      <w:r>
        <w:t>Snapshot and fact-base list links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</w:tcPr>
          <w:p>
            <w:r>
              <w:t>Snapshot / movement</w:t>
            </w:r>
          </w:p>
        </w:tc>
        <w:tc>
          <w:tcPr>
            <w:tcW w:type="dxa" w:w="2592"/>
          </w:tcPr>
          <w:p>
            <w:r>
              <w:t>Issue count</w:t>
            </w:r>
          </w:p>
        </w:tc>
        <w:tc>
          <w:tcPr>
            <w:tcW w:type="dxa" w:w="2592"/>
          </w:tcPr>
          <w:p>
            <w:r>
              <w:t>Calculation</w:t>
            </w:r>
          </w:p>
        </w:tc>
        <w:tc>
          <w:tcPr>
            <w:tcW w:type="dxa" w:w="2592"/>
          </w:tcPr>
          <w:p>
            <w:r>
              <w:t>Link</w:t>
            </w:r>
          </w:p>
        </w:tc>
      </w:tr>
      <w:tr>
        <w:tc>
          <w:tcPr>
            <w:tcW w:type="dxa" w:w="2592"/>
          </w:tcPr>
          <w:p>
            <w:r>
              <w:t>Planning snapshot raw list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Frozen planning export before metric exclusions</w:t>
            </w:r>
          </w:p>
        </w:tc>
        <w:tc>
          <w:tcPr>
            <w:tcW w:type="dxa" w:w="2592"/>
          </w:tcPr>
          <w:p>
            <w:hyperlink r:id="rId5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Sprint review / outcome snapshot raw list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Frozen review export before metric exclusions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Normalized sprint fact base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Deduplicated union used by metrics after canceled/cancelled exclusions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planning baseline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Non-canceled issue keys present in the frozen planning snapshot</w:t>
            </w:r>
          </w:p>
        </w:tc>
        <w:tc>
          <w:tcPr>
            <w:tcW w:type="dxa" w:w="2592"/>
          </w:tcPr>
          <w:p>
            <w:hyperlink r:id="rId5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Metric outcome snapshot</w:t>
            </w:r>
          </w:p>
        </w:tc>
        <w:tc>
          <w:tcPr>
            <w:tcW w:type="dxa" w:w="2592"/>
          </w:tcPr>
          <w:p>
            <w:r>
              <w:t>70</w:t>
            </w:r>
          </w:p>
        </w:tc>
        <w:tc>
          <w:tcPr>
            <w:tcW w:type="dxa" w:w="2592"/>
          </w:tcPr>
          <w:p>
            <w:r>
              <w:t>Non-canceled issue keys present in the frozen sprint-review snapshot</w:t>
            </w:r>
          </w:p>
        </w:tc>
        <w:tc>
          <w:tcPr>
            <w:tcW w:type="dxa" w:w="2592"/>
          </w:tcPr>
          <w:p>
            <w:hyperlink r:id="rId53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and still present at review</w:t>
            </w:r>
          </w:p>
        </w:tc>
        <w:tc>
          <w:tcPr>
            <w:tcW w:type="dxa" w:w="2592"/>
          </w:tcPr>
          <w:p>
            <w:r>
              <w:t>60</w:t>
            </w:r>
          </w:p>
        </w:tc>
        <w:tc>
          <w:tcPr>
            <w:tcW w:type="dxa" w:w="2592"/>
          </w:tcPr>
          <w:p>
            <w:r>
              <w:t>planning_snapshot_present = true and outcome_snapshot_present = true</w:t>
            </w:r>
          </w:p>
        </w:tc>
        <w:tc>
          <w:tcPr>
            <w:tcW w:type="dxa" w:w="2592"/>
          </w:tcPr>
          <w:p>
            <w:hyperlink r:id="rId52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Added after planning</w:t>
            </w:r>
          </w:p>
        </w:tc>
        <w:tc>
          <w:tcPr>
            <w:tcW w:type="dxa" w:w="2592"/>
          </w:tcPr>
          <w:p>
            <w:r>
              <w:t>10</w:t>
            </w:r>
          </w:p>
        </w:tc>
        <w:tc>
          <w:tcPr>
            <w:tcW w:type="dxa" w:w="2592"/>
          </w:tcPr>
          <w:p>
            <w:r>
              <w:t>planning_snapshot_present = false and outcome_snapshot_present = true</w:t>
            </w:r>
          </w:p>
        </w:tc>
        <w:tc>
          <w:tcPr>
            <w:tcW w:type="dxa" w:w="2592"/>
          </w:tcPr>
          <w:p>
            <w:hyperlink r:id="rId14">
              <w:r>
                <w:rPr>
                  <w:color w:val="0563C1"/>
                  <w:u w:val="single"/>
                </w:rPr>
                <w:t>Open JQL</w:t>
              </w:r>
            </w:hyperlink>
          </w:p>
        </w:tc>
      </w:tr>
      <w:tr>
        <w:tc>
          <w:tcPr>
            <w:tcW w:type="dxa" w:w="2592"/>
          </w:tcPr>
          <w:p>
            <w:r>
              <w:t>Planned but missing from review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planning_snapshot_present = true and outcome_snapshot_present = false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  <w:tr>
        <w:tc>
          <w:tcPr>
            <w:tcW w:type="dxa" w:w="2592"/>
          </w:tcPr>
          <w:p>
            <w:r>
              <w:t>Metric-excluded canceled/cancelled rows</w:t>
            </w:r>
          </w:p>
        </w:tc>
        <w:tc>
          <w:tcPr>
            <w:tcW w:type="dxa" w:w="2592"/>
          </w:tcPr>
          <w:p>
            <w:r>
              <w:t>0</w:t>
            </w:r>
          </w:p>
        </w:tc>
        <w:tc>
          <w:tcPr>
            <w:tcW w:type="dxa" w:w="2592"/>
          </w:tcPr>
          <w:p>
            <w:r>
              <w:t>Rows preserved in audit but excluded from every numerator and denominator</w:t>
            </w:r>
          </w:p>
        </w:tc>
        <w:tc>
          <w:tcPr>
            <w:tcW w:type="dxa" w:w="2592"/>
          </w:tcPr>
          <w:p>
            <w:r>
              <w:t>Open JQL</w:t>
            </w:r>
          </w:p>
        </w:tc>
      </w:tr>
    </w:tbl>
    <w:p>
      <w:r>
        <w:t>Planning and outcome are separate frozen moments. Raw snapshot counts can be larger than metric counts because canceled/cancelled rows stay in audit but leave all metric denominators.</w:t>
      </w:r>
    </w:p>
    <w:p>
      <w:r>
        <w:t>Added after planning is snapshot-based: present in the outcome snapshot and absent from the planning snapshot. Planned but missing from review shows items that left the sprint snapshot before review.</w:t>
      </w:r>
    </w:p>
    <w:p>
      <w:pPr>
        <w:pStyle w:val="Heading1"/>
      </w:pPr>
      <w:r>
        <w:t>Metric register addendum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074"/>
        <w:gridCol w:w="2074"/>
        <w:gridCol w:w="2074"/>
        <w:gridCol w:w="2074"/>
        <w:gridCol w:w="2074"/>
      </w:tblGrid>
      <w:tr>
        <w:tc>
          <w:tcPr>
            <w:tcW w:type="dxa" w:w="2074"/>
          </w:tcPr>
          <w:p>
            <w:r>
              <w:t>Metric</w:t>
            </w:r>
          </w:p>
        </w:tc>
        <w:tc>
          <w:tcPr>
            <w:tcW w:type="dxa" w:w="2074"/>
          </w:tcPr>
          <w:p>
            <w:r>
              <w:t>Value</w:t>
            </w:r>
          </w:p>
        </w:tc>
        <w:tc>
          <w:tcPr>
            <w:tcW w:type="dxa" w:w="2074"/>
          </w:tcPr>
          <w:p>
            <w:r>
              <w:t>Formula</w:t>
            </w:r>
          </w:p>
        </w:tc>
        <w:tc>
          <w:tcPr>
            <w:tcW w:type="dxa" w:w="2074"/>
          </w:tcPr>
          <w:p>
            <w:r>
              <w:t>Numerator / denominator</w:t>
            </w:r>
          </w:p>
        </w:tc>
        <w:tc>
          <w:tcPr>
            <w:tcW w:type="dxa" w:w="2074"/>
          </w:tcPr>
          <w:p>
            <w:r>
              <w:t>Denominator evidence</w:t>
            </w:r>
          </w:p>
        </w:tc>
      </w:tr>
      <w:tr>
        <w:tc>
          <w:tcPr>
            <w:tcW w:type="dxa" w:w="2074"/>
          </w:tcPr>
          <w:p>
            <w:r>
              <w:t>Committed completion</w:t>
            </w:r>
          </w:p>
        </w:tc>
        <w:tc>
          <w:tcPr>
            <w:tcW w:type="dxa" w:w="2074"/>
          </w:tcPr>
          <w:p>
            <w:r>
              <w:t>43.3% (26/60)</w:t>
            </w:r>
          </w:p>
        </w:tc>
        <w:tc>
          <w:tcPr>
            <w:tcW w:type="dxa" w:w="2074"/>
          </w:tcPr>
          <w:p>
            <w:r>
              <w:t>planned committed items marked Done ÷ all planned committed items</w:t>
            </w:r>
          </w:p>
        </w:tc>
        <w:tc>
          <w:tcPr>
            <w:tcW w:type="dxa" w:w="2074"/>
          </w:tcPr>
          <w:p>
            <w:r>
              <w:t>26/60</w:t>
            </w:r>
          </w:p>
        </w:tc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Planning-baseline carryover</w:t>
            </w:r>
          </w:p>
        </w:tc>
        <w:tc>
          <w:tcPr>
            <w:tcW w:type="dxa" w:w="2074"/>
          </w:tcPr>
          <w:p>
            <w:r>
              <w:t>56.7% (34/60)</w:t>
            </w:r>
          </w:p>
        </w:tc>
        <w:tc>
          <w:tcPr>
            <w:tcW w:type="dxa" w:w="2074"/>
          </w:tcPr>
          <w:p>
            <w:r>
              <w:t>planned baseline items not Done at review ÷ all planned baseline items</w:t>
            </w:r>
          </w:p>
        </w:tc>
        <w:tc>
          <w:tcPr>
            <w:tcW w:type="dxa" w:w="2074"/>
          </w:tcPr>
          <w:p>
            <w:r>
              <w:t>34/60</w:t>
            </w:r>
          </w:p>
        </w:tc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Finish-intent carryover</w:t>
            </w:r>
          </w:p>
        </w:tc>
        <w:tc>
          <w:tcPr>
            <w:tcW w:type="dxa" w:w="2074"/>
          </w:tcPr>
          <w:p>
            <w:r>
              <w:t>51.2% (22/43)</w:t>
            </w:r>
          </w:p>
        </w:tc>
        <w:tc>
          <w:tcPr>
            <w:tcW w:type="dxa" w:w="2074"/>
          </w:tcPr>
          <w:p>
            <w:r>
              <w:t>finish-intent planned items not Done at review ÷ all finish-intent planned items</w:t>
            </w:r>
          </w:p>
        </w:tc>
        <w:tc>
          <w:tcPr>
            <w:tcW w:type="dxa" w:w="2074"/>
          </w:tcPr>
          <w:p>
            <w:r>
              <w:t>22/43</w:t>
            </w:r>
          </w:p>
        </w:tc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Finish predictability</w:t>
            </w:r>
          </w:p>
        </w:tc>
        <w:tc>
          <w:tcPr>
            <w:tcW w:type="dxa" w:w="2074"/>
          </w:tcPr>
          <w:p>
            <w:r>
              <w:t>48.8% (21/43)</w:t>
            </w:r>
          </w:p>
        </w:tc>
        <w:tc>
          <w:tcPr>
            <w:tcW w:type="dxa" w:w="2074"/>
          </w:tcPr>
          <w:p>
            <w:r>
              <w:t>finish-intent committed items marked Done ÷ all finish-intent committed items</w:t>
            </w:r>
          </w:p>
        </w:tc>
        <w:tc>
          <w:tcPr>
            <w:tcW w:type="dxa" w:w="2074"/>
          </w:tcPr>
          <w:p>
            <w:r>
              <w:t>21/43</w:t>
            </w:r>
          </w:p>
        </w:tc>
        <w:tc>
          <w:tcPr>
            <w:tcW w:type="dxa" w:w="2074"/>
          </w:tcPr>
          <w:p>
            <w:hyperlink r:id="rId5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Progress predictability</w:t>
            </w:r>
          </w:p>
        </w:tc>
        <w:tc>
          <w:tcPr>
            <w:tcW w:type="dxa" w:w="2074"/>
          </w:tcPr>
          <w:p>
            <w:r>
              <w:t>66.7% (10/15)</w:t>
            </w:r>
          </w:p>
        </w:tc>
        <w:tc>
          <w:tcPr>
            <w:tcW w:type="dxa" w:w="2074"/>
          </w:tcPr>
          <w:p>
            <w:r>
              <w:t>progress-intent items that carried as intended ÷ all progress-intent committed items</w:t>
            </w:r>
          </w:p>
        </w:tc>
        <w:tc>
          <w:tcPr>
            <w:tcW w:type="dxa" w:w="2074"/>
          </w:tcPr>
          <w:p>
            <w:r>
              <w:t>10/15</w:t>
            </w:r>
          </w:p>
        </w:tc>
        <w:tc>
          <w:tcPr>
            <w:tcW w:type="dxa" w:w="2074"/>
          </w:tcPr>
          <w:p>
            <w:hyperlink r:id="rId55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Added-during-sprint load</w:t>
            </w:r>
          </w:p>
        </w:tc>
        <w:tc>
          <w:tcPr>
            <w:tcW w:type="dxa" w:w="2074"/>
          </w:tcPr>
          <w:p>
            <w:r>
              <w:t>14.3% (10/70)</w:t>
            </w:r>
          </w:p>
        </w:tc>
        <w:tc>
          <w:tcPr>
            <w:tcW w:type="dxa" w:w="2074"/>
          </w:tcPr>
          <w:p>
            <w:r>
              <w:t>visible items absent from planning and present in review ÷ all visible sprint items</w:t>
            </w:r>
          </w:p>
        </w:tc>
        <w:tc>
          <w:tcPr>
            <w:tcW w:type="dxa" w:w="2074"/>
          </w:tcPr>
          <w:p>
            <w:r>
              <w:t>10/70</w:t>
            </w:r>
          </w:p>
        </w:tc>
        <w:tc>
          <w:tcPr>
            <w:tcW w:type="dxa" w:w="2074"/>
          </w:tcPr>
          <w:p>
            <w:hyperlink r:id="rId53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Added work closure</w:t>
            </w:r>
          </w:p>
        </w:tc>
        <w:tc>
          <w:tcPr>
            <w:tcW w:type="dxa" w:w="2074"/>
          </w:tcPr>
          <w:p>
            <w:r>
              <w:t>6/10</w:t>
            </w:r>
          </w:p>
        </w:tc>
        <w:tc>
          <w:tcPr>
            <w:tcW w:type="dxa" w:w="2074"/>
          </w:tcPr>
          <w:p>
            <w:r>
              <w:t>added visible items marked Done ÷ all added visible items</w:t>
            </w:r>
          </w:p>
        </w:tc>
        <w:tc>
          <w:tcPr>
            <w:tcW w:type="dxa" w:w="2074"/>
          </w:tcPr>
          <w:p>
            <w:r>
              <w:t>6/10</w:t>
            </w:r>
          </w:p>
        </w:tc>
        <w:tc>
          <w:tcPr>
            <w:tcW w:type="dxa" w:w="2074"/>
          </w:tcPr>
          <w:p>
            <w:hyperlink r:id="rId14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Planning quality</w:t>
            </w:r>
          </w:p>
        </w:tc>
        <w:tc>
          <w:tcPr>
            <w:tcW w:type="dxa" w:w="2074"/>
          </w:tcPr>
          <w:p>
            <w:r>
              <w:t>35.0% (21/60)</w:t>
            </w:r>
          </w:p>
        </w:tc>
        <w:tc>
          <w:tcPr>
            <w:tcW w:type="dxa" w:w="2074"/>
          </w:tcPr>
          <w:p>
            <w:r>
              <w:t>committed items marked Ready in planning snapshot ÷ all committed items</w:t>
            </w:r>
          </w:p>
        </w:tc>
        <w:tc>
          <w:tcPr>
            <w:tcW w:type="dxa" w:w="2074"/>
          </w:tcPr>
          <w:p>
            <w:r>
              <w:t>21/60</w:t>
            </w:r>
          </w:p>
        </w:tc>
        <w:tc>
          <w:tcPr>
            <w:tcW w:type="dxa" w:w="2074"/>
          </w:tcPr>
          <w:p>
            <w:hyperlink r:id="rId52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Carryovers marked Ready</w:t>
            </w:r>
          </w:p>
        </w:tc>
        <w:tc>
          <w:tcPr>
            <w:tcW w:type="dxa" w:w="2074"/>
          </w:tcPr>
          <w:p>
            <w:r>
              <w:t>29.4% (10/34)</w:t>
            </w:r>
          </w:p>
        </w:tc>
        <w:tc>
          <w:tcPr>
            <w:tcW w:type="dxa" w:w="2074"/>
          </w:tcPr>
          <w:p>
            <w:r>
              <w:t>carryovers that were marked Ready in planning snapshot ÷ all carryovers</w:t>
            </w:r>
          </w:p>
        </w:tc>
        <w:tc>
          <w:tcPr>
            <w:tcW w:type="dxa" w:w="2074"/>
          </w:tcPr>
          <w:p>
            <w:r>
              <w:t>10/34</w:t>
            </w:r>
          </w:p>
        </w:tc>
        <w:tc>
          <w:tcPr>
            <w:tcW w:type="dxa" w:w="2074"/>
          </w:tcPr>
          <w:p>
            <w:hyperlink r:id="rId10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Reactive load</w:t>
            </w:r>
          </w:p>
        </w:tc>
        <w:tc>
          <w:tcPr>
            <w:tcW w:type="dxa" w:w="2074"/>
          </w:tcPr>
          <w:p>
            <w:r>
              <w:t>37.5% (12/32)</w:t>
            </w:r>
          </w:p>
        </w:tc>
        <w:tc>
          <w:tcPr>
            <w:tcW w:type="dxa" w:w="2074"/>
          </w:tcPr>
          <w:p>
            <w:r>
              <w:t>completed bugs ÷ all completed work</w:t>
            </w:r>
          </w:p>
        </w:tc>
        <w:tc>
          <w:tcPr>
            <w:tcW w:type="dxa" w:w="2074"/>
          </w:tcPr>
          <w:p>
            <w:r>
              <w:t>12/32</w:t>
            </w:r>
          </w:p>
        </w:tc>
        <w:tc>
          <w:tcPr>
            <w:tcW w:type="dxa" w:w="2074"/>
          </w:tcPr>
          <w:p>
            <w:hyperlink r:id="rId5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  <w:tr>
        <w:tc>
          <w:tcPr>
            <w:tcW w:type="dxa" w:w="2074"/>
          </w:tcPr>
          <w:p>
            <w:r>
              <w:t>Workflow-truth mismatches</w:t>
            </w:r>
          </w:p>
        </w:tc>
        <w:tc>
          <w:tcPr>
            <w:tcW w:type="dxa" w:w="2074"/>
          </w:tcPr>
          <w:p>
            <w:r>
              <w:t>0</w:t>
            </w:r>
          </w:p>
        </w:tc>
        <w:tc>
          <w:tcPr>
            <w:tcW w:type="dxa" w:w="2074"/>
          </w:tcPr>
          <w:p>
            <w:r>
              <w:t>Done rows with non-final workflow status</w:t>
            </w:r>
          </w:p>
        </w:tc>
        <w:tc>
          <w:tcPr>
            <w:tcW w:type="dxa" w:w="2074"/>
          </w:tcPr>
          <w:p>
            <w:r>
              <w:t>0/32</w:t>
            </w:r>
          </w:p>
        </w:tc>
        <w:tc>
          <w:tcPr>
            <w:tcW w:type="dxa" w:w="2074"/>
          </w:tcPr>
          <w:p>
            <w:hyperlink r:id="rId56">
              <w:r>
                <w:rPr>
                  <w:color w:val="0563C1"/>
                  <w:u w:val="single"/>
                </w:rPr>
                <w:t>Open denominator JQL</w:t>
              </w:r>
            </w:hyperlink>
          </w:p>
        </w:tc>
      </w:tr>
    </w:tbl>
    <w:p>
      <w:r>
        <w:t>Planning-baseline carryover includes both finish-intent misses and expected Progress continuations. Use Finish-intent carryover when you want only planned-to-finish items that did not finish.</w:t>
      </w:r>
    </w:p>
    <w:p>
      <w:pPr>
        <w:pStyle w:val="Heading1"/>
      </w:pPr>
      <w:r>
        <w:t>Evidence artifacts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Artifact</w:t>
            </w:r>
          </w:p>
        </w:tc>
        <w:tc>
          <w:tcPr>
            <w:tcW w:type="dxa" w:w="5184"/>
          </w:tcPr>
          <w:p>
            <w:r>
              <w:t>Link</w:t>
            </w:r>
          </w:p>
        </w:tc>
      </w:tr>
      <w:tr>
        <w:tc>
          <w:tcPr>
            <w:tcW w:type="dxa" w:w="5184"/>
          </w:tcPr>
          <w:p>
            <w:r>
              <w:t>Issue audit register</w:t>
            </w:r>
          </w:p>
        </w:tc>
        <w:tc>
          <w:tcPr>
            <w:tcW w:type="dxa" w:w="5184"/>
          </w:tcPr>
          <w:p>
            <w:hyperlink r:id="rId57">
              <w:r>
                <w:rPr>
                  <w:color w:val="0563C1"/>
                  <w:u w:val="single"/>
                </w:rPr>
                <w:t>Open issue-level audit CSV</w:t>
              </w:r>
            </w:hyperlink>
          </w:p>
        </w:tc>
      </w:tr>
      <w:tr>
        <w:tc>
          <w:tcPr>
            <w:tcW w:type="dxa" w:w="5184"/>
          </w:tcPr>
          <w:p>
            <w:r>
              <w:t>Metric lineage</w:t>
            </w:r>
          </w:p>
        </w:tc>
        <w:tc>
          <w:tcPr>
            <w:tcW w:type="dxa" w:w="5184"/>
          </w:tcPr>
          <w:p>
            <w:hyperlink r:id="rId58">
              <w:r>
                <w:rPr>
                  <w:color w:val="0563C1"/>
                  <w:u w:val="single"/>
                </w:rPr>
                <w:t>Open metric lineage CSV</w:t>
              </w:r>
            </w:hyperlink>
          </w:p>
        </w:tc>
      </w:tr>
      <w:tr>
        <w:tc>
          <w:tcPr>
            <w:tcW w:type="dxa" w:w="5184"/>
          </w:tcPr>
          <w:p>
            <w:r>
              <w:t>JQL traceability register</w:t>
            </w:r>
          </w:p>
        </w:tc>
        <w:tc>
          <w:tcPr>
            <w:tcW w:type="dxa" w:w="5184"/>
          </w:tcPr>
          <w:p>
            <w:hyperlink r:id="rId59">
              <w:r>
                <w:rPr>
                  <w:color w:val="0563C1"/>
                  <w:u w:val="single"/>
                </w:rPr>
                <w:t>Open JQL traceability CSV</w:t>
              </w:r>
            </w:hyperlink>
          </w:p>
        </w:tc>
      </w:tr>
      <w:tr>
        <w:tc>
          <w:tcPr>
            <w:tcW w:type="dxa" w:w="5184"/>
          </w:tcPr>
          <w:p>
            <w:r>
              <w:t>Sprint metrics JSON</w:t>
            </w:r>
          </w:p>
        </w:tc>
        <w:tc>
          <w:tcPr>
            <w:tcW w:type="dxa" w:w="5184"/>
          </w:tcPr>
          <w:p>
            <w:hyperlink r:id="rId60">
              <w:r>
                <w:rPr>
                  <w:color w:val="0563C1"/>
                  <w:u w:val="single"/>
                </w:rPr>
                <w:t>Open sprint metrics JSON</w:t>
              </w:r>
            </w:hyperlink>
          </w:p>
        </w:tc>
      </w:tr>
    </w:tbl>
    <w:p>
      <w:r>
        <w:t>These companion artifacts keep the pulse debuggable when a leader wants the exact rows behind a metric or a count.</w:t>
      </w:r>
    </w:p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servio.atlassian.net/issues/?jql=issuekey%20in%20%28ADS-6545%2C%20ADS-6568%2C%20ADS-7343%2C%20ADS-7495%2C%20ADS-7496%2C%20ADS-7884%2C%20ADS-7890%2C%20ADS-7952%2C%20ADS-7958%2C%20ADS-8055%2C%20ADS-8073%2C%20ADS-8104%2C%20ADS-8118%2C%20ADS-8141%2C%20ADS-8153%2C%20ADS-8186%2C%20ADS-8188%2C%20ADS-8205%2C%20ADS-8224%2C%20ADS-8244%2C%20ADS-8245%2C%20ADS-8257%2C%20ADS-8262%2C%20ADS-8269%2C%20ADS-8282%2C%20ADS-8283%29" TargetMode="External"/><Relationship Id="rId10" Type="http://schemas.openxmlformats.org/officeDocument/2006/relationships/hyperlink" Target="https://adservio.atlassian.net/issues/?jql=issuekey%20in%20%28ADS-2590%2C%20ADS-3527%2C%20ADS-3896%2C%20ADS-4007%2C%20ADS-4328%2C%20ADS-5651%2C%20ADS-5784%2C%20ADS-5808%2C%20ADS-6142%2C%20ADS-6159%2C%20ADS-6201%2C%20ADS-6438%2C%20ADS-6675%2C%20ADS-6694%2C%20ADS-7474%2C%20ADS-7534%2C%20ADS-7535%2C%20ADS-7666%2C%20ADS-7816%2C%20ADS-7849%2C%20ADS-7906%2C%20ADS-7907%2C%20ADS-8023%2C%20ADS-8058%2C%20ADS-8067%2C%20ADS-8068%2C%20ADS-8071%2C%20ADS-8105%2C%20ADS-8111%2C%20ADS-8147%2C%20ADS-8209%2C%20ADS-8223%2C%20ADS-8237%2C%20ADS-8273%29" TargetMode="External"/><Relationship Id="rId11" Type="http://schemas.openxmlformats.org/officeDocument/2006/relationships/hyperlink" Target="https://adservio.atlassian.net/issues/?jql=issuekey%20in%20%28ADS-2590%2C%20ADS-3527%2C%20ADS-3896%2C%20ADS-4007%2C%20ADS-5651%2C%20ADS-5808%2C%20ADS-6438%2C%20ADS-6675%2C%20ADS-7534%2C%20ADS-7535%2C%20ADS-7666%2C%20ADS-7907%2C%20ADS-8023%2C%20ADS-8058%2C%20ADS-8068%2C%20ADS-8105%2C%20ADS-8111%2C%20ADS-8147%2C%20ADS-8209%2C%20ADS-8223%2C%20ADS-8237%2C%20ADS-8273%29" TargetMode="External"/><Relationship Id="rId12" Type="http://schemas.openxmlformats.org/officeDocument/2006/relationships/hyperlink" Target="https://adservio.atlassian.net/issues/?jql=issuekey%20in%20%28ADS-6545%2C%20ADS-6568%2C%20ADS-7495%2C%20ADS-7496%2C%20ADS-7890%2C%20ADS-8055%2C%20ADS-8104%2C%20ADS-8118%2C%20ADS-8141%2C%20ADS-8153%2C%20ADS-8186%2C%20ADS-8188%2C%20ADS-8205%2C%20ADS-8224%2C%20ADS-8244%2C%20ADS-8245%2C%20ADS-8257%2C%20ADS-8262%2C%20ADS-8269%2C%20ADS-8282%2C%20ADS-8283%29" TargetMode="External"/><Relationship Id="rId13" Type="http://schemas.openxmlformats.org/officeDocument/2006/relationships/hyperlink" Target="https://adservio.atlassian.net/issues/?jql=issuekey%20in%20%28ADS-5784%2C%20ADS-6142%2C%20ADS-6159%2C%20ADS-6694%2C%20ADS-7474%2C%20ADS-7816%2C%20ADS-7849%2C%20ADS-7906%2C%20ADS-8067%2C%20ADS-8071%29" TargetMode="External"/><Relationship Id="rId14" Type="http://schemas.openxmlformats.org/officeDocument/2006/relationships/hyperlink" Target="https://adservio.atlassian.net/issues/?jql=issuekey%20in%20%28ADS-6064%2C%20ADS-8129%2C%20ADS-8247%2C%20ADS-8285%2C%20ADS-8286%2C%20ADS-8306%2C%20ADS-8308%2C%20ADS-8310%2C%20ADS-8316%2C%20ADS-8319%29" TargetMode="External"/><Relationship Id="rId15" Type="http://schemas.openxmlformats.org/officeDocument/2006/relationships/hyperlink" Target="https://adservio.atlassian.net/issues/?jql=issuekey%20in%20%28ADS-6064%2C%20ADS-8247%2C%20ADS-8286%2C%20ADS-8308%2C%20ADS-8316%2C%20ADS-8319%29" TargetMode="External"/><Relationship Id="rId16" Type="http://schemas.openxmlformats.org/officeDocument/2006/relationships/hyperlink" Target="https://adservio.atlassian.net/issues/?jql=issuekey%20in%20%28ADS-8118%2C%20ADS-8153%2C%20ADS-8186%2C%20ADS-8224%2C%20ADS-8244%2C%20ADS-8245%2C%20ADS-8257%2C%20ADS-8269%2C%20ADS-8282%2C%20ADS-8283%2C%20ADS-8286%2C%20ADS-8316%29" TargetMode="External"/><Relationship Id="rId17" Type="http://schemas.openxmlformats.org/officeDocument/2006/relationships/hyperlink" Target="https://adservio.atlassian.net/issues/?jql=issuekey%20in%20%28ADS-6142%2C%20ADS-6201%2C%20ADS-6545%2C%20ADS-6568%2C%20ADS-6675%2C%20ADS-6694%2C%20ADS-7343%2C%20ADS-7534%2C%20ADS-7535%2C%20ADS-7884%2C%20ADS-7907%2C%20ADS-8058%2C%20ADS-8068%2C%20ADS-8141%2C%20ADS-8188%2C%20ADS-8205%2C%20ADS-8257%2C%20ADS-8262%2C%20ADS-8269%2C%20ADS-8273%2C%20ADS-8282%29" TargetMode="External"/><Relationship Id="rId18" Type="http://schemas.openxmlformats.org/officeDocument/2006/relationships/hyperlink" Target="https://adservio.atlassian.net/browse/ADS-2590" TargetMode="External"/><Relationship Id="rId19" Type="http://schemas.openxmlformats.org/officeDocument/2006/relationships/hyperlink" Target="https://adservio.atlassian.net/browse/ADS-3527" TargetMode="External"/><Relationship Id="rId20" Type="http://schemas.openxmlformats.org/officeDocument/2006/relationships/hyperlink" Target="https://adservio.atlassian.net/browse/ADS-3896" TargetMode="External"/><Relationship Id="rId21" Type="http://schemas.openxmlformats.org/officeDocument/2006/relationships/hyperlink" Target="https://adservio.atlassian.net/browse/ADS-4007" TargetMode="External"/><Relationship Id="rId22" Type="http://schemas.openxmlformats.org/officeDocument/2006/relationships/hyperlink" Target="https://adservio.atlassian.net/browse/ADS-4328" TargetMode="External"/><Relationship Id="rId23" Type="http://schemas.openxmlformats.org/officeDocument/2006/relationships/hyperlink" Target="https://adservio.atlassian.net/browse/ADS-5651" TargetMode="External"/><Relationship Id="rId24" Type="http://schemas.openxmlformats.org/officeDocument/2006/relationships/hyperlink" Target="https://adservio.atlassian.net/browse/ADS-5784" TargetMode="External"/><Relationship Id="rId25" Type="http://schemas.openxmlformats.org/officeDocument/2006/relationships/hyperlink" Target="https://adservio.atlassian.net/browse/ADS-5808" TargetMode="External"/><Relationship Id="rId26" Type="http://schemas.openxmlformats.org/officeDocument/2006/relationships/hyperlink" Target="https://adservio.atlassian.net/browse/ADS-6142" TargetMode="External"/><Relationship Id="rId27" Type="http://schemas.openxmlformats.org/officeDocument/2006/relationships/hyperlink" Target="https://adservio.atlassian.net/browse/ADS-6159" TargetMode="External"/><Relationship Id="rId28" Type="http://schemas.openxmlformats.org/officeDocument/2006/relationships/hyperlink" Target="https://adservio.atlassian.net/browse/ADS-6201" TargetMode="External"/><Relationship Id="rId29" Type="http://schemas.openxmlformats.org/officeDocument/2006/relationships/hyperlink" Target="https://adservio.atlassian.net/browse/ADS-6438" TargetMode="External"/><Relationship Id="rId30" Type="http://schemas.openxmlformats.org/officeDocument/2006/relationships/hyperlink" Target="https://adservio.atlassian.net/browse/ADS-6675" TargetMode="External"/><Relationship Id="rId31" Type="http://schemas.openxmlformats.org/officeDocument/2006/relationships/hyperlink" Target="https://adservio.atlassian.net/browse/ADS-6694" TargetMode="External"/><Relationship Id="rId32" Type="http://schemas.openxmlformats.org/officeDocument/2006/relationships/hyperlink" Target="https://adservio.atlassian.net/browse/ADS-7474" TargetMode="External"/><Relationship Id="rId33" Type="http://schemas.openxmlformats.org/officeDocument/2006/relationships/hyperlink" Target="https://adservio.atlassian.net/browse/ADS-7534" TargetMode="External"/><Relationship Id="rId34" Type="http://schemas.openxmlformats.org/officeDocument/2006/relationships/hyperlink" Target="https://adservio.atlassian.net/browse/ADS-7535" TargetMode="External"/><Relationship Id="rId35" Type="http://schemas.openxmlformats.org/officeDocument/2006/relationships/hyperlink" Target="https://adservio.atlassian.net/browse/ADS-7666" TargetMode="External"/><Relationship Id="rId36" Type="http://schemas.openxmlformats.org/officeDocument/2006/relationships/hyperlink" Target="https://adservio.atlassian.net/browse/ADS-7816" TargetMode="External"/><Relationship Id="rId37" Type="http://schemas.openxmlformats.org/officeDocument/2006/relationships/hyperlink" Target="https://adservio.atlassian.net/browse/ADS-7849" TargetMode="External"/><Relationship Id="rId38" Type="http://schemas.openxmlformats.org/officeDocument/2006/relationships/hyperlink" Target="https://adservio.atlassian.net/browse/ADS-7906" TargetMode="External"/><Relationship Id="rId39" Type="http://schemas.openxmlformats.org/officeDocument/2006/relationships/hyperlink" Target="https://adservio.atlassian.net/browse/ADS-7907" TargetMode="External"/><Relationship Id="rId40" Type="http://schemas.openxmlformats.org/officeDocument/2006/relationships/hyperlink" Target="https://adservio.atlassian.net/browse/ADS-8023" TargetMode="External"/><Relationship Id="rId41" Type="http://schemas.openxmlformats.org/officeDocument/2006/relationships/hyperlink" Target="https://adservio.atlassian.net/browse/ADS-8058" TargetMode="External"/><Relationship Id="rId42" Type="http://schemas.openxmlformats.org/officeDocument/2006/relationships/hyperlink" Target="https://adservio.atlassian.net/browse/ADS-8067" TargetMode="External"/><Relationship Id="rId43" Type="http://schemas.openxmlformats.org/officeDocument/2006/relationships/hyperlink" Target="https://adservio.atlassian.net/browse/ADS-8068" TargetMode="External"/><Relationship Id="rId44" Type="http://schemas.openxmlformats.org/officeDocument/2006/relationships/hyperlink" Target="https://adservio.atlassian.net/browse/ADS-8071" TargetMode="External"/><Relationship Id="rId45" Type="http://schemas.openxmlformats.org/officeDocument/2006/relationships/hyperlink" Target="https://adservio.atlassian.net/browse/ADS-8105" TargetMode="External"/><Relationship Id="rId46" Type="http://schemas.openxmlformats.org/officeDocument/2006/relationships/hyperlink" Target="https://adservio.atlassian.net/browse/ADS-8111" TargetMode="External"/><Relationship Id="rId47" Type="http://schemas.openxmlformats.org/officeDocument/2006/relationships/hyperlink" Target="https://adservio.atlassian.net/browse/ADS-8147" TargetMode="External"/><Relationship Id="rId48" Type="http://schemas.openxmlformats.org/officeDocument/2006/relationships/hyperlink" Target="https://adservio.atlassian.net/browse/ADS-8209" TargetMode="External"/><Relationship Id="rId49" Type="http://schemas.openxmlformats.org/officeDocument/2006/relationships/hyperlink" Target="https://adservio.atlassian.net/browse/ADS-8223" TargetMode="External"/><Relationship Id="rId50" Type="http://schemas.openxmlformats.org/officeDocument/2006/relationships/hyperlink" Target="https://adservio.atlassian.net/browse/ADS-8237" TargetMode="External"/><Relationship Id="rId51" Type="http://schemas.openxmlformats.org/officeDocument/2006/relationships/hyperlink" Target="https://adservio.atlassian.net/browse/ADS-8273" TargetMode="External"/><Relationship Id="rId52" Type="http://schemas.openxmlformats.org/officeDocument/2006/relationships/hyperlink" Target="https://adservio.atlassian.net/issues/?jql=issuekey%20in%20%28ADS-2590%2C%20ADS-3527%2C%20ADS-3896%2C%20ADS-4007%2C%20ADS-4328%2C%20ADS-5651%2C%20ADS-5784%2C%20ADS-5808%2C%20ADS-6142%2C%20ADS-6159%2C%20ADS-6201%2C%20ADS-6438%2C%20ADS-6545%2C%20ADS-6568%2C%20ADS-6675%2C%20ADS-6694%2C%20ADS-7343%2C%20ADS-7474%2C%20ADS-7495%2C%20ADS-7496%2C%20ADS-7534%2C%20ADS-7535%2C%20ADS-7666%2C%20ADS-7816%2C%20ADS-7849%2C%20ADS-7884%2C%20ADS-7890%2C%20ADS-7906%2C%20ADS-7907%2C%20ADS-7952%2C%20ADS-7958%2C%20ADS-8023%2C%20ADS-8055%2C%20ADS-8058%2C%20ADS-8067%2C%20ADS-8068%2C%20ADS-8071%2C%20ADS-8073%2C%20ADS-8104%2C%20ADS-8105%2C%20ADS-8111%2C%20ADS-8118%2C%20ADS-8141%2C%20ADS-8147%2C%20ADS-8153%2C%20ADS-8186%2C%20ADS-8188%2C%20ADS-8205%2C%20ADS-8209%2C%20ADS-8223%2C%20ADS-8224%2C%20ADS-8237%2C%20ADS-8244%2C%20ADS-8245%2C%20ADS-8257%2C%20ADS-8262%2C%20ADS-8269%2C%20ADS-8273%2C%20ADS-8282%2C%20ADS-8283%29" TargetMode="External"/><Relationship Id="rId53" Type="http://schemas.openxmlformats.org/officeDocument/2006/relationships/hyperlink" Target="https://adservio.atlassian.net/issues/?jql=issuekey%20in%20%28ADS-2590%2C%20ADS-3527%2C%20ADS-3896%2C%20ADS-4007%2C%20ADS-4328%2C%20ADS-5651%2C%20ADS-5784%2C%20ADS-5808%2C%20ADS-6064%2C%20ADS-6142%2C%20ADS-6159%2C%20ADS-6201%2C%20ADS-6438%2C%20ADS-6545%2C%20ADS-6568%2C%20ADS-6675%2C%20ADS-6694%2C%20ADS-7343%2C%20ADS-7474%2C%20ADS-7495%2C%20ADS-7496%2C%20ADS-7534%2C%20ADS-7535%2C%20ADS-7666%2C%20ADS-7816%2C%20ADS-7849%2C%20ADS-7884%2C%20ADS-7890%2C%20ADS-7906%2C%20ADS-7907%2C%20ADS-7952%2C%20ADS-7958%2C%20ADS-8023%2C%20ADS-8055%2C%20ADS-8058%2C%20ADS-8067%2C%20ADS-8068%2C%20ADS-8071%2C%20ADS-8073%2C%20ADS-8104%2C%20ADS-8105%2C%20ADS-8111%2C%20ADS-8118%2C%20ADS-8129%2C%20ADS-8141%2C%20ADS-8147%2C%20ADS-8153%2C%20ADS-8186%2C%20ADS-8188%2C%20ADS-8205%2C%20ADS-8209%2C%20ADS-8223%2C%20ADS-8224%2C%20ADS-8237%2C%20ADS-8244%2C%20ADS-8245%2C%20ADS-8247%2C%20ADS-8257%2C%20ADS-8262%2C%20ADS-8269%2C%20ADS-8273%2C%20ADS-8282%2C%20ADS-8283%2C%20ADS-8285%2C%20ADS-8286%2C%20ADS-8306%2C%20ADS-8308%2C%20ADS-8310%2C%20ADS-8316%2C%20ADS-8319%29" TargetMode="External"/><Relationship Id="rId54" Type="http://schemas.openxmlformats.org/officeDocument/2006/relationships/hyperlink" Target="https://adservio.atlassian.net/issues/?jql=issuekey%20in%20%28ADS-2590%2C%20ADS-3527%2C%20ADS-3896%2C%20ADS-4007%2C%20ADS-5651%2C%20ADS-5808%2C%20ADS-6438%2C%20ADS-6545%2C%20ADS-6568%2C%20ADS-6675%2C%20ADS-7495%2C%20ADS-7496%2C%20ADS-7534%2C%20ADS-7535%2C%20ADS-7666%2C%20ADS-7890%2C%20ADS-7907%2C%20ADS-8023%2C%20ADS-8055%2C%20ADS-8058%2C%20ADS-8068%2C%20ADS-8104%2C%20ADS-8105%2C%20ADS-8111%2C%20ADS-8118%2C%20ADS-8141%2C%20ADS-8147%2C%20ADS-8153%2C%20ADS-8186%2C%20ADS-8188%2C%20ADS-8205%2C%20ADS-8209%2C%20ADS-8223%2C%20ADS-8224%2C%20ADS-8237%2C%20ADS-8244%2C%20ADS-8245%2C%20ADS-8257%2C%20ADS-8262%2C%20ADS-8269%2C%20ADS-8273%2C%20ADS-8282%2C%20ADS-8283%29" TargetMode="External"/><Relationship Id="rId55" Type="http://schemas.openxmlformats.org/officeDocument/2006/relationships/hyperlink" Target="https://adservio.atlassian.net/issues/?jql=issuekey%20in%20%28ADS-5784%2C%20ADS-6142%2C%20ADS-6159%2C%20ADS-6694%2C%20ADS-7343%2C%20ADS-7474%2C%20ADS-7816%2C%20ADS-7849%2C%20ADS-7884%2C%20ADS-7906%2C%20ADS-7952%2C%20ADS-7958%2C%20ADS-8067%2C%20ADS-8071%2C%20ADS-8073%29" TargetMode="External"/><Relationship Id="rId56" Type="http://schemas.openxmlformats.org/officeDocument/2006/relationships/hyperlink" Target="https://adservio.atlassian.net/issues/?jql=issuekey%20in%20%28ADS-6064%2C%20ADS-6545%2C%20ADS-6568%2C%20ADS-7343%2C%20ADS-7495%2C%20ADS-7496%2C%20ADS-7884%2C%20ADS-7890%2C%20ADS-7952%2C%20ADS-7958%2C%20ADS-8055%2C%20ADS-8073%2C%20ADS-8104%2C%20ADS-8118%2C%20ADS-8141%2C%20ADS-8153%2C%20ADS-8186%2C%20ADS-8188%2C%20ADS-8205%2C%20ADS-8224%2C%20ADS-8244%2C%20ADS-8245%2C%20ADS-8247%2C%20ADS-8257%2C%20ADS-8262%2C%20ADS-8269%2C%20ADS-8282%2C%20ADS-8283%2C%20ADS-8286%2C%20ADS-8308%2C%20ADS-8316%2C%20ADS-8319%29" TargetMode="External"/><Relationship Id="rId57" Type="http://schemas.openxmlformats.org/officeDocument/2006/relationships/hyperlink" Target="issue_audit_register_Org_Adservio_ADS_Q3_W29_-_20-24_Jul_2026-08-03.csv" TargetMode="External"/><Relationship Id="rId58" Type="http://schemas.openxmlformats.org/officeDocument/2006/relationships/hyperlink" Target="metric_lineage_Org_Adservio_ADS_Q3_W29_-_20-24_Jul_2026-08-03.csv" TargetMode="External"/><Relationship Id="rId59" Type="http://schemas.openxmlformats.org/officeDocument/2006/relationships/hyperlink" Target="jql_traceability_register_Org_Adservio_ADS_Q3_W29_-_20-24_Jul_2026-08-03.csv" TargetMode="External"/><Relationship Id="rId60" Type="http://schemas.openxmlformats.org/officeDocument/2006/relationships/hyperlink" Target="sprint_metrics_Org_Adservio_ADS_Q3_W29_-_20-24_Jul_2026-08-03.j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