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Org Adservio ADS Q3 W30 - 27-31 Jul</w:t>
      </w:r>
    </w:p>
    <w:p>
      <w:r>
        <w:rPr>
          <w:i/>
        </w:rPr>
        <w:t>Aggregated sprint ADS Q3 W30 - 27-31 Jul • deduplicated roll-up across included teams</w:t>
      </w:r>
    </w:p>
    <w:p>
      <w:r>
        <w:t>This org roll-up aggregates deduplicated frozen issue facts across 4 team snapshots.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24/62 visible items. The org roll-up absorbed noise reasonably well — 13/19 added items were closed — but finish predictability was only 33.3% (10/30), and bugs made up 66.7% of completed items. Planning-baseline carryover includes 20 finish misses and 10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25.6% (11/43)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74.4% (32/43)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66.7% (20/30)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33.3% (10/30)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90.9% (10/11)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30.6% (19/62)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13/19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66.7% (16/24)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30.2% (13/43)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Across included teams, the sprint did not fail; it traded predictability for responsiveness. 13/19 added items were closed, but that responsiveness came with 66.7% bug share and diluted finish predictability.</w:t>
      </w:r>
    </w:p>
    <w:p>
      <w:r>
        <w:t>The miss pattern is concentrated: 17 partial-completion carryovers, 3 dependency-driven misses, and 3 planning-baseline items that never really started.</w:t>
      </w:r>
    </w:p>
    <w:p>
      <w:r>
        <w:t>Most misses were not caused by poor readiness. 12 of the 32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16.7%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12.5%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9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16</w:t>
            </w:r>
          </w:p>
        </w:tc>
        <w:tc>
          <w:tcPr>
            <w:tcW w:type="dxa" w:w="1481"/>
          </w:tcPr>
          <w:p>
            <w:r>
              <w:t>66.7%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43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32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20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13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12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ADS-4419 — Story — [Elev][Părinte] - Redesign - Noutati &amp; Activitati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ADS-5654 — Story — [UPA,UPG, Asachi] Taxe școlarizare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ADS-8159 — Story — [Burse] - US2 - Configurare bugete, Panou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ADS-8176 — Story — [State de functii] - Rapoarte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0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ADS-8254 — Bug — [PROD] - In sectiunea de Roluri si permisiuni apar denumiri de director, elevi, parinti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43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ADS-8306 — Bug — [FE] - Nefunctionalitate filtru "Elevi"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5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ADS-8326 — Bug — [BE-PHP][Cazari] - La decazare soldurie apar incorect fata de fisa studentilor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Priority Change</w:t>
            </w:r>
          </w:p>
        </w:tc>
      </w:tr>
      <w:tr>
        <w:tc>
          <w:tcPr>
            <w:tcW w:type="dxa" w:w="2074"/>
          </w:tcPr>
          <w:p>
            <w:hyperlink r:id="rId47">
              <w:r>
                <w:rPr>
                  <w:color w:val="0563C1"/>
                  <w:u w:val="single"/>
                </w:rPr>
                <w:t>ADS-8331 — Task — [FE] - Student details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ADS-8332 — Story — [MOB] Updates for "Module" &amp; "Activity"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9">
              <w:r>
                <w:rPr>
                  <w:color w:val="0563C1"/>
                  <w:u w:val="single"/>
                </w:rPr>
                <w:t>ADS-8334 — Story — [MOB] Fix issues reported by Google &amp; flutter upgrade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17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Included teams in this org pulse: Mobile, Team 1, Team 2, University.</w:t>
      </w:r>
    </w:p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43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5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62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5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62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5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43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5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62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5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43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5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19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25.6% (11/43)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11/43</w:t>
            </w:r>
          </w:p>
        </w:tc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74.4% (32/43)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32/43</w:t>
            </w:r>
          </w:p>
        </w:tc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66.7% (20/30)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20/30</w:t>
            </w:r>
          </w:p>
        </w:tc>
        <w:tc>
          <w:tcPr>
            <w:tcW w:type="dxa" w:w="2074"/>
          </w:tcPr>
          <w:p>
            <w:hyperlink r:id="rId5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33.3% (10/30)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10/30</w:t>
            </w:r>
          </w:p>
        </w:tc>
        <w:tc>
          <w:tcPr>
            <w:tcW w:type="dxa" w:w="2074"/>
          </w:tcPr>
          <w:p>
            <w:hyperlink r:id="rId5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90.9% (10/11)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10/11</w:t>
            </w:r>
          </w:p>
        </w:tc>
        <w:tc>
          <w:tcPr>
            <w:tcW w:type="dxa" w:w="2074"/>
          </w:tcPr>
          <w:p>
            <w:hyperlink r:id="rId5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30.6% (19/62)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19/62</w:t>
            </w:r>
          </w:p>
        </w:tc>
        <w:tc>
          <w:tcPr>
            <w:tcW w:type="dxa" w:w="2074"/>
          </w:tcPr>
          <w:p>
            <w:hyperlink r:id="rId5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13/19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13/19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30.2% (13/43)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13/43</w:t>
            </w:r>
          </w:p>
        </w:tc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37.5% (12/32)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12/32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66.7% (16/24)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16/24</w:t>
            </w:r>
          </w:p>
        </w:tc>
        <w:tc>
          <w:tcPr>
            <w:tcW w:type="dxa" w:w="2074"/>
          </w:tcPr>
          <w:p>
            <w:hyperlink r:id="rId5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0/24</w:t>
            </w:r>
          </w:p>
        </w:tc>
        <w:tc>
          <w:tcPr>
            <w:tcW w:type="dxa" w:w="2074"/>
          </w:tcPr>
          <w:p>
            <w:hyperlink r:id="rId5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55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56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57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58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784%2C%20ADS-7666%2C%20ADS-7952%2C%20ADS-8111%2C%20ADS-8129%2C%20ADS-8134%2C%20ADS-8147%2C%20ADS-8285%2C%20ADS-8286%2C%20ADS-8317%2C%20ADS-8327%29" TargetMode="External"/><Relationship Id="rId10" Type="http://schemas.openxmlformats.org/officeDocument/2006/relationships/hyperlink" Target="https://adservio.atlassian.net/issues/?jql=issuekey%20in%20%28ADS-2590%2C%20ADS-3527%2C%20ADS-4419%2C%20ADS-5654%2C%20ADS-5808%2C%20ADS-6142%2C%20ADS-6159%2C%20ADS-6438%2C%20ADS-6675%2C%20ADS-6694%2C%20ADS-7534%2C%20ADS-7535%2C%20ADS-7816%2C%20ADS-7906%2C%20ADS-7907%2C%20ADS-8023%2C%20ADS-8058%2C%20ADS-8067%2C%20ADS-8068%2C%20ADS-8105%2C%20ADS-8159%2C%20ADS-8176%2C%20ADS-8209%2C%20ADS-8237%2C%20ADS-8254%2C%20ADS-8273%2C%20ADS-8306%2C%20ADS-8310%2C%20ADS-8326%2C%20ADS-8331%2C%20ADS-8332%2C%20ADS-8334%29" TargetMode="External"/><Relationship Id="rId11" Type="http://schemas.openxmlformats.org/officeDocument/2006/relationships/hyperlink" Target="https://adservio.atlassian.net/issues/?jql=issuekey%20in%20%28ADS-2590%2C%20ADS-3527%2C%20ADS-5808%2C%20ADS-6438%2C%20ADS-6675%2C%20ADS-7534%2C%20ADS-7535%2C%20ADS-7907%2C%20ADS-8023%2C%20ADS-8058%2C%20ADS-8068%2C%20ADS-8105%2C%20ADS-8209%2C%20ADS-8237%2C%20ADS-8273%2C%20ADS-8306%2C%20ADS-8326%2C%20ADS-8331%2C%20ADS-8332%2C%20ADS-8334%29" TargetMode="External"/><Relationship Id="rId12" Type="http://schemas.openxmlformats.org/officeDocument/2006/relationships/hyperlink" Target="https://adservio.atlassian.net/issues/?jql=issuekey%20in%20%28ADS-5784%2C%20ADS-7666%2C%20ADS-7952%2C%20ADS-8111%2C%20ADS-8134%2C%20ADS-8147%2C%20ADS-8285%2C%20ADS-8286%2C%20ADS-8317%2C%20ADS-8327%29" TargetMode="External"/><Relationship Id="rId13" Type="http://schemas.openxmlformats.org/officeDocument/2006/relationships/hyperlink" Target="https://adservio.atlassian.net/issues/?jql=issuekey%20in%20%28ADS-4419%2C%20ADS-5654%2C%20ADS-6142%2C%20ADS-6159%2C%20ADS-6694%2C%20ADS-7816%2C%20ADS-7906%2C%20ADS-8067%2C%20ADS-8159%2C%20ADS-8310%29" TargetMode="External"/><Relationship Id="rId14" Type="http://schemas.openxmlformats.org/officeDocument/2006/relationships/hyperlink" Target="https://adservio.atlassian.net/issues/?jql=issuekey%20in%20%28ADS-3619%2C%20ADS-6357%2C%20ADS-6638%2C%20ADS-7274%2C%20ADS-7555%2C%20ADS-7638%2C%20ADS-8168%2C%20ADS-8281%2C%20ADS-8318%2C%20ADS-8321%2C%20ADS-8333%2C%20ADS-8336%2C%20ADS-8349%2C%20ADS-8366%2C%20ADS-8371%2C%20ADS-8373%2C%20ADS-8374%2C%20ADS-8375%2C%20ADS-8376%29" TargetMode="External"/><Relationship Id="rId15" Type="http://schemas.openxmlformats.org/officeDocument/2006/relationships/hyperlink" Target="https://adservio.atlassian.net/issues/?jql=issuekey%20in%20%28ADS-6638%2C%20ADS-7274%2C%20ADS-7555%2C%20ADS-7638%2C%20ADS-8281%2C%20ADS-8318%2C%20ADS-8321%2C%20ADS-8336%2C%20ADS-8349%2C%20ADS-8371%2C%20ADS-8373%2C%20ADS-8374%2C%20ADS-8376%29" TargetMode="External"/><Relationship Id="rId16" Type="http://schemas.openxmlformats.org/officeDocument/2006/relationships/hyperlink" Target="https://adservio.atlassian.net/issues/?jql=issuekey%20in%20%28ADS-7555%2C%20ADS-7638%2C%20ADS-7666%2C%20ADS-8111%2C%20ADS-8134%2C%20ADS-8147%2C%20ADS-8285%2C%20ADS-8286%2C%20ADS-8317%2C%20ADS-8318%2C%20ADS-8321%2C%20ADS-8336%2C%20ADS-8349%2C%20ADS-8371%2C%20ADS-8373%2C%20ADS-8374%29" TargetMode="External"/><Relationship Id="rId17" Type="http://schemas.openxmlformats.org/officeDocument/2006/relationships/hyperlink" Target="https://adservio.atlassian.net/issues/?jql=issuekey%20in%20%28ADS-4419%2C%20ADS-6142%2C%20ADS-6675%2C%20ADS-6694%2C%20ADS-7534%2C%20ADS-7535%2C%20ADS-7907%2C%20ADS-8058%2C%20ADS-8068%2C%20ADS-8129%2C%20ADS-8273%2C%20ADS-8332%2C%20ADS-8334%29" TargetMode="External"/><Relationship Id="rId18" Type="http://schemas.openxmlformats.org/officeDocument/2006/relationships/hyperlink" Target="https://adservio.atlassian.net/browse/ADS-2590" TargetMode="External"/><Relationship Id="rId19" Type="http://schemas.openxmlformats.org/officeDocument/2006/relationships/hyperlink" Target="https://adservio.atlassian.net/browse/ADS-3527" TargetMode="External"/><Relationship Id="rId20" Type="http://schemas.openxmlformats.org/officeDocument/2006/relationships/hyperlink" Target="https://adservio.atlassian.net/browse/ADS-4419" TargetMode="External"/><Relationship Id="rId21" Type="http://schemas.openxmlformats.org/officeDocument/2006/relationships/hyperlink" Target="https://adservio.atlassian.net/browse/ADS-5654" TargetMode="External"/><Relationship Id="rId22" Type="http://schemas.openxmlformats.org/officeDocument/2006/relationships/hyperlink" Target="https://adservio.atlassian.net/browse/ADS-5808" TargetMode="External"/><Relationship Id="rId23" Type="http://schemas.openxmlformats.org/officeDocument/2006/relationships/hyperlink" Target="https://adservio.atlassian.net/browse/ADS-6142" TargetMode="External"/><Relationship Id="rId24" Type="http://schemas.openxmlformats.org/officeDocument/2006/relationships/hyperlink" Target="https://adservio.atlassian.net/browse/ADS-6159" TargetMode="External"/><Relationship Id="rId25" Type="http://schemas.openxmlformats.org/officeDocument/2006/relationships/hyperlink" Target="https://adservio.atlassian.net/browse/ADS-6438" TargetMode="External"/><Relationship Id="rId26" Type="http://schemas.openxmlformats.org/officeDocument/2006/relationships/hyperlink" Target="https://adservio.atlassian.net/browse/ADS-6675" TargetMode="External"/><Relationship Id="rId27" Type="http://schemas.openxmlformats.org/officeDocument/2006/relationships/hyperlink" Target="https://adservio.atlassian.net/browse/ADS-6694" TargetMode="External"/><Relationship Id="rId28" Type="http://schemas.openxmlformats.org/officeDocument/2006/relationships/hyperlink" Target="https://adservio.atlassian.net/browse/ADS-7534" TargetMode="External"/><Relationship Id="rId29" Type="http://schemas.openxmlformats.org/officeDocument/2006/relationships/hyperlink" Target="https://adservio.atlassian.net/browse/ADS-7535" TargetMode="External"/><Relationship Id="rId30" Type="http://schemas.openxmlformats.org/officeDocument/2006/relationships/hyperlink" Target="https://adservio.atlassian.net/browse/ADS-7816" TargetMode="External"/><Relationship Id="rId31" Type="http://schemas.openxmlformats.org/officeDocument/2006/relationships/hyperlink" Target="https://adservio.atlassian.net/browse/ADS-7906" TargetMode="External"/><Relationship Id="rId32" Type="http://schemas.openxmlformats.org/officeDocument/2006/relationships/hyperlink" Target="https://adservio.atlassian.net/browse/ADS-7907" TargetMode="External"/><Relationship Id="rId33" Type="http://schemas.openxmlformats.org/officeDocument/2006/relationships/hyperlink" Target="https://adservio.atlassian.net/browse/ADS-8023" TargetMode="External"/><Relationship Id="rId34" Type="http://schemas.openxmlformats.org/officeDocument/2006/relationships/hyperlink" Target="https://adservio.atlassian.net/browse/ADS-8058" TargetMode="External"/><Relationship Id="rId35" Type="http://schemas.openxmlformats.org/officeDocument/2006/relationships/hyperlink" Target="https://adservio.atlassian.net/browse/ADS-8067" TargetMode="External"/><Relationship Id="rId36" Type="http://schemas.openxmlformats.org/officeDocument/2006/relationships/hyperlink" Target="https://adservio.atlassian.net/browse/ADS-8068" TargetMode="External"/><Relationship Id="rId37" Type="http://schemas.openxmlformats.org/officeDocument/2006/relationships/hyperlink" Target="https://adservio.atlassian.net/browse/ADS-8105" TargetMode="External"/><Relationship Id="rId38" Type="http://schemas.openxmlformats.org/officeDocument/2006/relationships/hyperlink" Target="https://adservio.atlassian.net/browse/ADS-8159" TargetMode="External"/><Relationship Id="rId39" Type="http://schemas.openxmlformats.org/officeDocument/2006/relationships/hyperlink" Target="https://adservio.atlassian.net/browse/ADS-8176" TargetMode="External"/><Relationship Id="rId40" Type="http://schemas.openxmlformats.org/officeDocument/2006/relationships/hyperlink" Target="https://adservio.atlassian.net/browse/ADS-8209" TargetMode="External"/><Relationship Id="rId41" Type="http://schemas.openxmlformats.org/officeDocument/2006/relationships/hyperlink" Target="https://adservio.atlassian.net/browse/ADS-8237" TargetMode="External"/><Relationship Id="rId42" Type="http://schemas.openxmlformats.org/officeDocument/2006/relationships/hyperlink" Target="https://adservio.atlassian.net/browse/ADS-8254" TargetMode="External"/><Relationship Id="rId43" Type="http://schemas.openxmlformats.org/officeDocument/2006/relationships/hyperlink" Target="https://adservio.atlassian.net/browse/ADS-8273" TargetMode="External"/><Relationship Id="rId44" Type="http://schemas.openxmlformats.org/officeDocument/2006/relationships/hyperlink" Target="https://adservio.atlassian.net/browse/ADS-8306" TargetMode="External"/><Relationship Id="rId45" Type="http://schemas.openxmlformats.org/officeDocument/2006/relationships/hyperlink" Target="https://adservio.atlassian.net/browse/ADS-8310" TargetMode="External"/><Relationship Id="rId46" Type="http://schemas.openxmlformats.org/officeDocument/2006/relationships/hyperlink" Target="https://adservio.atlassian.net/browse/ADS-8326" TargetMode="External"/><Relationship Id="rId47" Type="http://schemas.openxmlformats.org/officeDocument/2006/relationships/hyperlink" Target="https://adservio.atlassian.net/browse/ADS-8331" TargetMode="External"/><Relationship Id="rId48" Type="http://schemas.openxmlformats.org/officeDocument/2006/relationships/hyperlink" Target="https://adservio.atlassian.net/browse/ADS-8332" TargetMode="External"/><Relationship Id="rId49" Type="http://schemas.openxmlformats.org/officeDocument/2006/relationships/hyperlink" Target="https://adservio.atlassian.net/browse/ADS-8334" TargetMode="External"/><Relationship Id="rId50" Type="http://schemas.openxmlformats.org/officeDocument/2006/relationships/hyperlink" Target="https://adservio.atlassian.net/issues/?jql=issuekey%20in%20%28ADS-2590%2C%20ADS-3527%2C%20ADS-4419%2C%20ADS-5654%2C%20ADS-5784%2C%20ADS-5808%2C%20ADS-6142%2C%20ADS-6159%2C%20ADS-6438%2C%20ADS-6675%2C%20ADS-6694%2C%20ADS-7534%2C%20ADS-7535%2C%20ADS-7666%2C%20ADS-7816%2C%20ADS-7906%2C%20ADS-7907%2C%20ADS-7952%2C%20ADS-8023%2C%20ADS-8058%2C%20ADS-8067%2C%20ADS-8068%2C%20ADS-8105%2C%20ADS-8111%2C%20ADS-8129%2C%20ADS-8134%2C%20ADS-8147%2C%20ADS-8159%2C%20ADS-8176%2C%20ADS-8209%2C%20ADS-8237%2C%20ADS-8254%2C%20ADS-8273%2C%20ADS-8285%2C%20ADS-8286%2C%20ADS-8306%2C%20ADS-8310%2C%20ADS-8317%2C%20ADS-8326%2C%20ADS-8327%2C%20ADS-8331%2C%20ADS-8332%2C%20ADS-8334%29" TargetMode="External"/><Relationship Id="rId51" Type="http://schemas.openxmlformats.org/officeDocument/2006/relationships/hyperlink" Target="https://adservio.atlassian.net/issues/?jql=issuekey%20in%20%28ADS-2590%2C%20ADS-3527%2C%20ADS-3619%2C%20ADS-4419%2C%20ADS-5654%2C%20ADS-5784%2C%20ADS-5808%2C%20ADS-6142%2C%20ADS-6159%2C%20ADS-6357%2C%20ADS-6438%2C%20ADS-6638%2C%20ADS-6675%2C%20ADS-6694%2C%20ADS-7274%2C%20ADS-7534%2C%20ADS-7535%2C%20ADS-7555%2C%20ADS-7638%2C%20ADS-7666%2C%20ADS-7816%2C%20ADS-7906%2C%20ADS-7907%2C%20ADS-7952%2C%20ADS-8023%2C%20ADS-8058%2C%20ADS-8067%2C%20ADS-8068%2C%20ADS-8105%2C%20ADS-8111%2C%20ADS-8129%2C%20ADS-8134%2C%20ADS-8147%2C%20ADS-8159%2C%20ADS-8168%2C%20ADS-8176%2C%20ADS-8209%2C%20ADS-8237%2C%20ADS-8254%2C%20ADS-8273%2C%20ADS-8281%2C%20ADS-8285%2C%20ADS-8286%2C%20ADS-8306%2C%20ADS-8310%2C%20ADS-8317%2C%20ADS-8318%2C%20ADS-8321%2C%20ADS-8326%2C%20ADS-8327%2C%20ADS-8331%2C%20ADS-8332%2C%20ADS-8333%2C%20ADS-8334%2C%20ADS-8336%2C%20ADS-8349%2C%20ADS-8366%2C%20ADS-8371%2C%20ADS-8373%2C%20ADS-8374%2C%20ADS-8375%2C%20ADS-8376%29" TargetMode="External"/><Relationship Id="rId52" Type="http://schemas.openxmlformats.org/officeDocument/2006/relationships/hyperlink" Target="https://adservio.atlassian.net/issues/?jql=issuekey%20in%20%28ADS-2590%2C%20ADS-3527%2C%20ADS-5784%2C%20ADS-5808%2C%20ADS-6438%2C%20ADS-6675%2C%20ADS-7534%2C%20ADS-7535%2C%20ADS-7666%2C%20ADS-7907%2C%20ADS-7952%2C%20ADS-8023%2C%20ADS-8058%2C%20ADS-8068%2C%20ADS-8105%2C%20ADS-8111%2C%20ADS-8134%2C%20ADS-8147%2C%20ADS-8209%2C%20ADS-8237%2C%20ADS-8273%2C%20ADS-8285%2C%20ADS-8286%2C%20ADS-8306%2C%20ADS-8317%2C%20ADS-8326%2C%20ADS-8327%2C%20ADS-8331%2C%20ADS-8332%2C%20ADS-8334%29" TargetMode="External"/><Relationship Id="rId53" Type="http://schemas.openxmlformats.org/officeDocument/2006/relationships/hyperlink" Target="https://adservio.atlassian.net/issues/?jql=issuekey%20in%20%28ADS-4419%2C%20ADS-5654%2C%20ADS-6142%2C%20ADS-6159%2C%20ADS-6694%2C%20ADS-7816%2C%20ADS-7906%2C%20ADS-8067%2C%20ADS-8129%2C%20ADS-8159%2C%20ADS-8310%29" TargetMode="External"/><Relationship Id="rId54" Type="http://schemas.openxmlformats.org/officeDocument/2006/relationships/hyperlink" Target="https://adservio.atlassian.net/issues/?jql=issuekey%20in%20%28ADS-5784%2C%20ADS-6638%2C%20ADS-7274%2C%20ADS-7555%2C%20ADS-7638%2C%20ADS-7666%2C%20ADS-7952%2C%20ADS-8111%2C%20ADS-8129%2C%20ADS-8134%2C%20ADS-8147%2C%20ADS-8281%2C%20ADS-8285%2C%20ADS-8286%2C%20ADS-8317%2C%20ADS-8318%2C%20ADS-8321%2C%20ADS-8327%2C%20ADS-8336%2C%20ADS-8349%2C%20ADS-8371%2C%20ADS-8373%2C%20ADS-8374%2C%20ADS-8376%29" TargetMode="External"/><Relationship Id="rId55" Type="http://schemas.openxmlformats.org/officeDocument/2006/relationships/hyperlink" Target="issue_audit_register_Org_Adservio_ADS_Q3_W30_-_27-31_Jul_2026-08-04.csv" TargetMode="External"/><Relationship Id="rId56" Type="http://schemas.openxmlformats.org/officeDocument/2006/relationships/hyperlink" Target="metric_lineage_Org_Adservio_ADS_Q3_W30_-_27-31_Jul_2026-08-04.csv" TargetMode="External"/><Relationship Id="rId57" Type="http://schemas.openxmlformats.org/officeDocument/2006/relationships/hyperlink" Target="jql_traceability_register_Org_Adservio_ADS_Q3_W30_-_27-31_Jul_2026-08-04.csv" TargetMode="External"/><Relationship Id="rId58" Type="http://schemas.openxmlformats.org/officeDocument/2006/relationships/hyperlink" Target="sprint_metrics_Org_Adservio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