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1 ADS Q3 W32 - 10-14 Aug</w:t>
      </w:r>
    </w:p>
    <w:p>
      <w:r>
        <w:rPr>
          <w:i/>
        </w:rPr>
        <w:t>Planned sprint ADS Q3 W32 - 10-14 Aug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7/12 visible items. The team absorbed noise well — 4/5 added items were closed — but predictability on committed work was only 44.4% (4/9), and bugs made up 42.9% of completed items. The main drag was execution system quality, not readiness: 5/5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44.4% (4/9)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55.6% (5/9)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44.4% (4/9)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r>
              <w:t>0.0% (0/0)</w:t>
            </w:r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41.7% (5/12)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4/5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42.9% (3/7)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100.0% (9/9)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2</w:t>
              </w:r>
            </w:hyperlink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4/5 added items were closed, but that responsiveness came with 42.9% bug share and diluted committed completion.</w:t>
      </w:r>
    </w:p>
    <w:p>
      <w:r>
        <w:t>The miss pattern is concentrated: 1 partial-completion carryovers, 0 dependency-driven misses, and 4 committed items that never really started.</w:t>
      </w:r>
    </w:p>
    <w:p>
      <w:r>
        <w:t>Most misses were not caused by poor readiness. 5 of the 5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14.3%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28.6%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42.9%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ADS-2590 — Bug — [Students] - Trebuie inlocuit articolul de la model import automat-date de completare si sa se deschida articolul din manualul de utilizare daca de da click pe linkul respectiv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ADS-8209 — Bug — [Prod][AWS][legacy-web] GET /api/v2/fisiere/view returns HTTP 500 when M_fisiere.php calls query() on null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ADS-8366 — Bug — [Prod][AWS][legacy-web] Tenantless API requests hit null school DB handle across timetable, grades, and portfolio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ADS-8455 — Bug — [AWS prod][Teacher school years] M_cadre omits pagination total after merge - 396 errors/6h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ADS-8462 — Task — [Localizare] Elemente netraduse în interfața English, grupate per rol</w:t>
              </w:r>
            </w:hyperlink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hyperlink r:id="rId21">
              <w:r>
                <w:rPr>
                  <w:color w:val="0563C1"/>
                  <w:u w:val="single"/>
                </w:rPr>
                <w:t>ADS-7816 — [SIIIR] - Import clase</w:t>
              </w:r>
            </w:hyperlink>
          </w:p>
        </w:tc>
        <w:tc>
          <w:tcPr>
            <w:tcW w:type="dxa" w:w="3456"/>
          </w:tcPr>
          <w:p>
            <w:r>
              <w:t>In Progress</w:t>
            </w:r>
          </w:p>
        </w:tc>
        <w:tc>
          <w:tcPr>
            <w:tcW w:type="dxa" w:w="3456"/>
          </w:tcPr>
          <w:p>
            <w:r>
              <w:t>Finish</w:t>
            </w:r>
          </w:p>
        </w:tc>
      </w:tr>
      <w:tr>
        <w:tc>
          <w:tcPr>
            <w:tcW w:type="dxa" w:w="3456"/>
          </w:tcPr>
          <w:p>
            <w:hyperlink r:id="rId22">
              <w:r>
                <w:rPr>
                  <w:color w:val="0563C1"/>
                  <w:u w:val="single"/>
                </w:rPr>
                <w:t>ADS-8474 — [Documente] -  Indicatori gresiti ID 5809</w:t>
              </w:r>
            </w:hyperlink>
          </w:p>
        </w:tc>
        <w:tc>
          <w:tcPr>
            <w:tcW w:type="dxa" w:w="3456"/>
          </w:tcPr>
          <w:p>
            <w:r>
              <w:t>Code Review</w:t>
            </w:r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13</w:t>
            </w:r>
          </w:p>
        </w:tc>
        <w:tc>
          <w:tcPr>
            <w:tcW w:type="dxa" w:w="3456"/>
          </w:tcPr>
          <w:p>
            <w:hyperlink r:id="rId23">
              <w:r>
                <w:rPr>
                  <w:color w:val="0563C1"/>
                  <w:u w:val="single"/>
                </w:rPr>
                <w:t>13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16</w:t>
            </w:r>
          </w:p>
        </w:tc>
        <w:tc>
          <w:tcPr>
            <w:tcW w:type="dxa" w:w="3456"/>
          </w:tcPr>
          <w:p>
            <w:hyperlink r:id="rId24">
              <w:r>
                <w:rPr>
                  <w:color w:val="0563C1"/>
                  <w:u w:val="single"/>
                </w:rPr>
                <w:t>16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hyperlink r:id="rId25">
              <w:r>
                <w:rPr>
                  <w:color w:val="0563C1"/>
                  <w:u w:val="single"/>
                </w:rPr>
                <w:t>12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7816%2C%20ADS-8429%2C%20ADS-8446%2C%20ADS-8457%29" TargetMode="External"/><Relationship Id="rId10" Type="http://schemas.openxmlformats.org/officeDocument/2006/relationships/hyperlink" Target="https://adservio.atlassian.net/issues/?jql=issuekey%20in%20%28ADS-2590%2C%20ADS-8209%2C%20ADS-8366%2C%20ADS-8455%2C%20ADS-8462%29" TargetMode="External"/><Relationship Id="rId11" Type="http://schemas.openxmlformats.org/officeDocument/2006/relationships/hyperlink" Target="https://adservio.atlassian.net/issues/?jql=issuekey%20in%20%28ADS-8457%2C%20ADS-8462%2C%20ADS-8472%2C%20ADS-8474%2C%20ADS-8493%29" TargetMode="External"/><Relationship Id="rId12" Type="http://schemas.openxmlformats.org/officeDocument/2006/relationships/hyperlink" Target="https://adservio.atlassian.net/issues/?jql=issuekey%20in%20%28ADS-8457%2C%20ADS-8472%2C%20ADS-8474%2C%20ADS-8493%29" TargetMode="External"/><Relationship Id="rId13" Type="http://schemas.openxmlformats.org/officeDocument/2006/relationships/hyperlink" Target="https://adservio.atlassian.net/issues/?jql=issuekey%20in%20%28ADS-8429%2C%20ADS-8472%2C%20ADS-8474%29" TargetMode="External"/><Relationship Id="rId14" Type="http://schemas.openxmlformats.org/officeDocument/2006/relationships/hyperlink" Target="https://adservio.atlassian.net/issues/?jql=issuekey%20in%20%28ADS-2590%2C%20ADS-7816%2C%20ADS-8209%2C%20ADS-8366%2C%20ADS-8429%2C%20ADS-8446%2C%20ADS-8455%2C%20ADS-8457%2C%20ADS-8462%29" TargetMode="External"/><Relationship Id="rId15" Type="http://schemas.openxmlformats.org/officeDocument/2006/relationships/hyperlink" Target="https://adservio.atlassian.net/issues/?jql=issuekey%20in%20%28ADS-7816%2C%20ADS-8474%29" TargetMode="External"/><Relationship Id="rId16" Type="http://schemas.openxmlformats.org/officeDocument/2006/relationships/hyperlink" Target="https://adservio.atlassian.net/browse/ADS-2590" TargetMode="External"/><Relationship Id="rId17" Type="http://schemas.openxmlformats.org/officeDocument/2006/relationships/hyperlink" Target="https://adservio.atlassian.net/browse/ADS-8209" TargetMode="External"/><Relationship Id="rId18" Type="http://schemas.openxmlformats.org/officeDocument/2006/relationships/hyperlink" Target="https://adservio.atlassian.net/browse/ADS-8366" TargetMode="External"/><Relationship Id="rId19" Type="http://schemas.openxmlformats.org/officeDocument/2006/relationships/hyperlink" Target="https://adservio.atlassian.net/browse/ADS-8455" TargetMode="External"/><Relationship Id="rId20" Type="http://schemas.openxmlformats.org/officeDocument/2006/relationships/hyperlink" Target="https://adservio.atlassian.net/browse/ADS-8462" TargetMode="External"/><Relationship Id="rId21" Type="http://schemas.openxmlformats.org/officeDocument/2006/relationships/hyperlink" Target="https://adservio.atlassian.net/browse/ADS-7816" TargetMode="External"/><Relationship Id="rId22" Type="http://schemas.openxmlformats.org/officeDocument/2006/relationships/hyperlink" Target="https://adservio.atlassian.net/browse/ADS-8474" TargetMode="External"/><Relationship Id="rId23" Type="http://schemas.openxmlformats.org/officeDocument/2006/relationships/hyperlink" Target="https://adservio.atlassian.net/issues/?jql=issuekey%20in%20%28ADS-2590%2C%20ADS-7816%2C%20ADS-8168%2C%20ADS-8209%2C%20ADS-8366%2C%20ADS-8429%2C%20ADS-8436%2C%20ADS-8446%2C%20ADS-8455%2C%20ADS-8456%2C%20ADS-8457%2C%20ADS-8460%2C%20ADS-8462%29" TargetMode="External"/><Relationship Id="rId24" Type="http://schemas.openxmlformats.org/officeDocument/2006/relationships/hyperlink" Target="https://adservio.atlassian.net/issues/?jql=issuekey%20in%20%28ADS-2590%2C%20ADS-7816%2C%20ADS-8168%2C%20ADS-8209%2C%20ADS-8366%2C%20ADS-8429%2C%20ADS-8436%2C%20ADS-8446%2C%20ADS-8455%2C%20ADS-8456%2C%20ADS-8457%2C%20ADS-8460%2C%20ADS-8462%2C%20ADS-8472%2C%20ADS-8474%2C%20ADS-8493%29" TargetMode="External"/><Relationship Id="rId25" Type="http://schemas.openxmlformats.org/officeDocument/2006/relationships/hyperlink" Target="https://adservio.atlassian.net/issues/?jql=issuekey%20in%20%28ADS-2590%2C%20ADS-7816%2C%20ADS-8209%2C%20ADS-8366%2C%20ADS-8429%2C%20ADS-8446%2C%20ADS-8455%2C%20ADS-8457%2C%20ADS-8462%2C%20ADS-8472%2C%20ADS-8474%2C%20ADS-8493%29" TargetMode="External"/><Relationship Id="rId26" Type="http://schemas.openxmlformats.org/officeDocument/2006/relationships/hyperlink" Target="issue_audit_register_Team-1_ADS_Q3_W32_-_10-14_Aug_2026-08-17.csv" TargetMode="External"/><Relationship Id="rId27" Type="http://schemas.openxmlformats.org/officeDocument/2006/relationships/hyperlink" Target="metric_lineage_Team-1_ADS_Q3_W32_-_10-14_Aug_2026-08-17.csv" TargetMode="External"/><Relationship Id="rId28" Type="http://schemas.openxmlformats.org/officeDocument/2006/relationships/hyperlink" Target="jql_traceability_register_Team-1_ADS_Q3_W32_-_10-14_Aug_2026-08-17.csv" TargetMode="External"/><Relationship Id="rId29" Type="http://schemas.openxmlformats.org/officeDocument/2006/relationships/hyperlink" Target="sprint_metrics_Team-1_ADS_Q3_W32_-_10-14_Aug_2026-08-17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