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W39 - 28 Sep-02 Oct</w:t>
      </w:r>
    </w:p>
    <w:p>
      <w:r>
        <w:rPr>
          <w:i/>
        </w:rPr>
        <w:t>Planned sprint ADS Q3 W39 - 28 Sep-02 Oct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19/37 visible items. The team absorbed noise well — 13/20 added items were closed — but predictability on committed work was only 43.5% (10/23), and bugs made up 57.9% of completed items. The main drag was execution system quality, not readiness: 4/13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43.5% (10/23)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56.5% (13/23)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38.5% (5/13)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57.1% (4/7)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54.1% (20/37)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13/20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57.9% (11/19)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26.1% (6/23)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hyperlink r:id="rId17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13/20 added items were closed, but that responsiveness came with 57.9% bug share and diluted committed completion.</w:t>
      </w:r>
    </w:p>
    <w:p>
      <w:r>
        <w:t>The miss pattern is concentrated: 9 partial-completion carryovers, 0 dependency-driven misses, and 4 committed items that never really started.</w:t>
      </w:r>
    </w:p>
    <w:p>
      <w:r>
        <w:t>Most misses were not caused by poor readiness. 4 of the 13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26.3%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7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11</w:t>
            </w:r>
          </w:p>
        </w:tc>
        <w:tc>
          <w:tcPr>
            <w:tcW w:type="dxa" w:w="1481"/>
          </w:tcPr>
          <w:p>
            <w:r>
              <w:t>57.9%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23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13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ADS-3757 — Story — [Site] - Actualizare website Adservio</w:t>
              </w:r>
            </w:hyperlink>
          </w:p>
        </w:tc>
        <w:tc>
          <w:tcPr>
            <w:tcW w:type="dxa" w:w="2592"/>
          </w:tcPr>
          <w:p>
            <w:r>
              <w:t>Petronel Pavel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ADS-6726 — Improvement — Buton de ,,Deselecteaza toți” la Notează clasa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ADS-7803 — Task — [FE/BE/MOB/UNI] - Titulatura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ADS-7817 — Story — [SIIIR] - Import cadre didactice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ADS-8260 — Bug — [Prod][AWS][Web] Global-message modal fails on missing CMC metadata, including teacher-tab HTTP 500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ADS-8567 — Story — NOMENCLATOR - Refactor structura clasa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ADS-8760 — Task — [FE]: Schimbari pe Suprascrieri si transferuri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ADS-8841 — Bug — [FE] Clase lipsa din statisticile de promovabilitate pentru anul scolar 2025-2026</w:t>
              </w:r>
            </w:hyperlink>
          </w:p>
        </w:tc>
        <w:tc>
          <w:tcPr>
            <w:tcW w:type="dxa" w:w="2592"/>
          </w:tcPr>
          <w:p>
            <w:r>
              <w:t>Cosmin Olaru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ADS-8953 — Bug — [BE] statistici- valorile pentru mediul de provenienta sunt afisate gresit pentru anul scolar anterior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ADS-8964 — Bug — [Prod][AWS][Web] Absence save returns 500 when annual-average upsert deadlocks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0">
              <w:r>
                <w:rPr>
                  <w:color w:val="0563C1"/>
                  <w:u w:val="single"/>
                </w:rPr>
                <w:t>ADS-8985 — Bug — [Prod][AWS][Web] Registration confirmation returns 500 on duplicate username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ADS-8785 — [Prod][AWS][Auth] Password recovery silently skips missing parent profile - 28 requests/72h</w:t>
              </w:r>
            </w:hyperlink>
          </w:p>
        </w:tc>
        <w:tc>
          <w:tcPr>
            <w:tcW w:type="dxa" w:w="3456"/>
          </w:tcPr>
          <w:p>
            <w:r>
              <w:t>To Do</w:t>
            </w:r>
          </w:p>
        </w:tc>
        <w:tc>
          <w:tcPr>
            <w:tcW w:type="dxa" w:w="3456"/>
          </w:tcPr>
          <w:p>
            <w:r>
              <w:t>Progress</w:t>
            </w:r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28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28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43</w:t>
            </w:r>
          </w:p>
        </w:tc>
        <w:tc>
          <w:tcPr>
            <w:tcW w:type="dxa" w:w="3456"/>
          </w:tcPr>
          <w:p>
            <w:hyperlink r:id="rId33">
              <w:r>
                <w:rPr>
                  <w:color w:val="0563C1"/>
                  <w:u w:val="single"/>
                </w:rPr>
                <w:t>43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37</w:t>
            </w:r>
          </w:p>
        </w:tc>
        <w:tc>
          <w:tcPr>
            <w:tcW w:type="dxa" w:w="3456"/>
          </w:tcPr>
          <w:p>
            <w:hyperlink r:id="rId34">
              <w:r>
                <w:rPr>
                  <w:color w:val="0563C1"/>
                  <w:u w:val="single"/>
                </w:rPr>
                <w:t>37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723%2C%20ADS-8785%2C%20ADS-8880%2C%20ADS-8895%2C%20ADS-8919%2C%20ADS-8933%2C%20ADS-8954%2C%20ADS-8975%2C%20ADS-8991%2C%20ADS-8998%29" TargetMode="External"/><Relationship Id="rId10" Type="http://schemas.openxmlformats.org/officeDocument/2006/relationships/hyperlink" Target="https://adservio.atlassian.net/issues/?jql=issuekey%20in%20%28ADS-3757%2C%20ADS-6726%2C%20ADS-7803%2C%20ADS-7817%2C%20ADS-8260%2C%20ADS-8567%2C%20ADS-8580%2C%20ADS-8598%2C%20ADS-8760%2C%20ADS-8841%2C%20ADS-8953%2C%20ADS-8964%2C%20ADS-8985%29" TargetMode="External"/><Relationship Id="rId11" Type="http://schemas.openxmlformats.org/officeDocument/2006/relationships/hyperlink" Target="https://adservio.atlassian.net/issues/?jql=issuekey%20in%20%28ADS-8723%2C%20ADS-8919%2C%20ADS-8933%2C%20ADS-8975%2C%20ADS-8991%29" TargetMode="External"/><Relationship Id="rId12" Type="http://schemas.openxmlformats.org/officeDocument/2006/relationships/hyperlink" Target="https://adservio.atlassian.net/issues/?jql=issuekey%20in%20%28ADS-3757%2C%20ADS-7803%2C%20ADS-8567%2C%20ADS-8964%29" TargetMode="External"/><Relationship Id="rId13" Type="http://schemas.openxmlformats.org/officeDocument/2006/relationships/hyperlink" Target="https://adservio.atlassian.net/issues/?jql=issuekey%20in%20%28ADS-6726%2C%20ADS-8506%2C%20ADS-8594%2C%20ADS-8638%2C%20ADS-8953%2C%20ADS-8954%2C%20ADS-8975%2C%20ADS-8984%2C%20ADS-8989%2C%20ADS-8991%2C%20ADS-8998%2C%20ADS-9001%2C%20ADS-9015%2C%20ADS-9017%2C%20ADS-9031%2C%20ADS-9042%2C%20ADS-9047%2C%20ADS-9049%2C%20ADS-9050%2C%20ADS-9064%29" TargetMode="External"/><Relationship Id="rId14" Type="http://schemas.openxmlformats.org/officeDocument/2006/relationships/hyperlink" Target="https://adservio.atlassian.net/issues/?jql=issuekey%20in%20%28ADS-8506%2C%20ADS-8594%2C%20ADS-8638%2C%20ADS-8954%2C%20ADS-8975%2C%20ADS-8984%2C%20ADS-8989%2C%20ADS-8991%2C%20ADS-8998%2C%20ADS-9017%2C%20ADS-9042%2C%20ADS-9049%2C%20ADS-9050%29" TargetMode="External"/><Relationship Id="rId15" Type="http://schemas.openxmlformats.org/officeDocument/2006/relationships/hyperlink" Target="https://adservio.atlassian.net/issues/?jql=issuekey%20in%20%28ADS-8506%2C%20ADS-8594%2C%20ADS-8638%2C%20ADS-8785%2C%20ADS-8895%2C%20ADS-8919%2C%20ADS-8933%2C%20ADS-8975%2C%20ADS-9017%2C%20ADS-9042%2C%20ADS-9050%29" TargetMode="External"/><Relationship Id="rId16" Type="http://schemas.openxmlformats.org/officeDocument/2006/relationships/hyperlink" Target="https://adservio.atlassian.net/issues/?jql=issuekey%20in%20%28ADS-3757%2C%20ADS-6726%2C%20ADS-7803%2C%20ADS-7817%2C%20ADS-8954%2C%20ADS-8998%29" TargetMode="External"/><Relationship Id="rId17" Type="http://schemas.openxmlformats.org/officeDocument/2006/relationships/hyperlink" Target="https://adservio.atlassian.net/issues/?jql=issuekey%20in%20%28ADS-8785%29" TargetMode="External"/><Relationship Id="rId18" Type="http://schemas.openxmlformats.org/officeDocument/2006/relationships/hyperlink" Target="https://adservio.atlassian.net/browse/ADS-3757" TargetMode="External"/><Relationship Id="rId19" Type="http://schemas.openxmlformats.org/officeDocument/2006/relationships/hyperlink" Target="https://adservio.atlassian.net/browse/ADS-6726" TargetMode="External"/><Relationship Id="rId20" Type="http://schemas.openxmlformats.org/officeDocument/2006/relationships/hyperlink" Target="https://adservio.atlassian.net/browse/ADS-7803" TargetMode="External"/><Relationship Id="rId21" Type="http://schemas.openxmlformats.org/officeDocument/2006/relationships/hyperlink" Target="https://adservio.atlassian.net/browse/ADS-7817" TargetMode="External"/><Relationship Id="rId22" Type="http://schemas.openxmlformats.org/officeDocument/2006/relationships/hyperlink" Target="https://adservio.atlassian.net/browse/ADS-8260" TargetMode="External"/><Relationship Id="rId23" Type="http://schemas.openxmlformats.org/officeDocument/2006/relationships/hyperlink" Target="https://adservio.atlassian.net/browse/ADS-8567" TargetMode="External"/><Relationship Id="rId24" Type="http://schemas.openxmlformats.org/officeDocument/2006/relationships/hyperlink" Target="https://adservio.atlassian.net/browse/ADS-8580" TargetMode="External"/><Relationship Id="rId25" Type="http://schemas.openxmlformats.org/officeDocument/2006/relationships/hyperlink" Target="https://adservio.atlassian.net/browse/ADS-8598" TargetMode="External"/><Relationship Id="rId26" Type="http://schemas.openxmlformats.org/officeDocument/2006/relationships/hyperlink" Target="https://adservio.atlassian.net/browse/ADS-8760" TargetMode="External"/><Relationship Id="rId27" Type="http://schemas.openxmlformats.org/officeDocument/2006/relationships/hyperlink" Target="https://adservio.atlassian.net/browse/ADS-8841" TargetMode="External"/><Relationship Id="rId28" Type="http://schemas.openxmlformats.org/officeDocument/2006/relationships/hyperlink" Target="https://adservio.atlassian.net/browse/ADS-8953" TargetMode="External"/><Relationship Id="rId29" Type="http://schemas.openxmlformats.org/officeDocument/2006/relationships/hyperlink" Target="https://adservio.atlassian.net/browse/ADS-8964" TargetMode="External"/><Relationship Id="rId30" Type="http://schemas.openxmlformats.org/officeDocument/2006/relationships/hyperlink" Target="https://adservio.atlassian.net/browse/ADS-8985" TargetMode="External"/><Relationship Id="rId31" Type="http://schemas.openxmlformats.org/officeDocument/2006/relationships/hyperlink" Target="https://adservio.atlassian.net/browse/ADS-8785" TargetMode="External"/><Relationship Id="rId32" Type="http://schemas.openxmlformats.org/officeDocument/2006/relationships/hyperlink" Target="https://adservio.atlassian.net/issues/?jql=issuekey%20in%20%28ADS-3757%2C%20ADS-6726%2C%20ADS-7803%2C%20ADS-7817%2C%20ADS-8260%2C%20ADS-8462%2C%20ADS-8567%2C%20ADS-8580%2C%20ADS-8598%2C%20ADS-8640%2C%20ADS-8661%2C%20ADS-8686%2C%20ADS-8723%2C%20ADS-8760%2C%20ADS-8766%2C%20ADS-8785%2C%20ADS-8841%2C%20ADS-8880%2C%20ADS-8895%2C%20ADS-8919%2C%20ADS-8933%2C%20ADS-8953%2C%20ADS-8954%2C%20ADS-8964%2C%20ADS-8975%2C%20ADS-8985%2C%20ADS-8991%2C%20ADS-8998%29" TargetMode="External"/><Relationship Id="rId33" Type="http://schemas.openxmlformats.org/officeDocument/2006/relationships/hyperlink" Target="https://adservio.atlassian.net/issues/?jql=issuekey%20in%20%28ADS-3757%2C%20ADS-6726%2C%20ADS-7803%2C%20ADS-7817%2C%20ADS-8260%2C%20ADS-8462%2C%20ADS-8506%2C%20ADS-8567%2C%20ADS-8580%2C%20ADS-8594%2C%20ADS-8598%2C%20ADS-8638%2C%20ADS-8640%2C%20ADS-8661%2C%20ADS-8686%2C%20ADS-8723%2C%20ADS-8760%2C%20ADS-8766%2C%20ADS-8785%2C%20ADS-8841%2C%20ADS-8880%2C%20ADS-8895%2C%20ADS-8919%2C%20ADS-8933%2C%20ADS-8953%2C%20ADS-8954%2C%20ADS-8964%2C%20ADS-8975%2C%20ADS-8984%2C%20ADS-8985%2C%20ADS-8989%2C%20ADS-8991%2C%20ADS-8998%2C%20ADS-9001%2C%20ADS-9015%2C%20ADS-9017%2C%20ADS-9031%2C%20ADS-9036%2C%20ADS-9042%2C%20ADS-9047%2C%20ADS-9049%2C%20ADS-9050%2C%20ADS-9064%29" TargetMode="External"/><Relationship Id="rId34" Type="http://schemas.openxmlformats.org/officeDocument/2006/relationships/hyperlink" Target="https://adservio.atlassian.net/issues/?jql=issuekey%20in%20%28ADS-3757%2C%20ADS-6726%2C%20ADS-7803%2C%20ADS-7817%2C%20ADS-8260%2C%20ADS-8506%2C%20ADS-8567%2C%20ADS-8580%2C%20ADS-8594%2C%20ADS-8598%2C%20ADS-8638%2C%20ADS-8723%2C%20ADS-8760%2C%20ADS-8785%2C%20ADS-8841%2C%20ADS-8880%2C%20ADS-8895%2C%20ADS-8919%2C%20ADS-8933%2C%20ADS-8953%2C%20ADS-8954%2C%20ADS-8964%2C%20ADS-8975%2C%20ADS-8984%2C%20ADS-8985%2C%20ADS-8989%2C%20ADS-8991%2C%20ADS-8998%2C%20ADS-9001%2C%20ADS-9015%2C%20ADS-9017%2C%20ADS-9031%2C%20ADS-9042%2C%20ADS-9047%2C%20ADS-9049%2C%20ADS-9050%2C%20ADS-9064%29" TargetMode="External"/><Relationship Id="rId35" Type="http://schemas.openxmlformats.org/officeDocument/2006/relationships/hyperlink" Target="issue_audit_register_Team-1_ADS_Q3_W39_-_28_Sep-02_Oct_2026-10-05.csv" TargetMode="External"/><Relationship Id="rId36" Type="http://schemas.openxmlformats.org/officeDocument/2006/relationships/hyperlink" Target="metric_lineage_Team-1_ADS_Q3_W39_-_28_Sep-02_Oct_2026-10-05.csv" TargetMode="External"/><Relationship Id="rId37" Type="http://schemas.openxmlformats.org/officeDocument/2006/relationships/hyperlink" Target="jql_traceability_register_Team-1_ADS_Q3_W39_-_28_Sep-02_Oct_2026-10-05.csv" TargetMode="External"/><Relationship Id="rId38" Type="http://schemas.openxmlformats.org/officeDocument/2006/relationships/hyperlink" Target="sprint_metrics_Team-1_ADS_Q3_W39_-_28_Sep-02_Oct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