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Team 2 ADS Q3 W29 - 20-24 Jul</w:t>
      </w:r>
    </w:p>
    <w:p>
      <w:r>
        <w:rPr>
          <w:i/>
        </w:rPr>
        <w:t>Planned sprint ADS Q3 W29 - 20-24 Jul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5/14 visible items. The team absorbed noise well — all 4 added items were closed — but finish predictability was only 0.0% (0/3), and bugs made up 20.0% of completed items. Planning-baseline carryover includes 3 finish misses and 4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10.0% (1/10)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90.0% (9/10)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100.0% (3/3)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r>
              <w:t>0.0% (0/3)</w:t>
            </w:r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80.0% (4/5)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28.6% (4/14)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4/4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20.0% (1/5)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30.0% (3/10)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All 4 added items were closed, but that responsiveness came with 20.0% bug share and diluted finish predictability.</w:t>
      </w:r>
    </w:p>
    <w:p>
      <w:r>
        <w:t>The miss pattern is concentrated: 4 partial-completion carryovers, 0 dependency-driven misses, and 4 planning-baseline items that never really started.</w:t>
      </w:r>
    </w:p>
    <w:p>
      <w:r>
        <w:t>Most misses were not caused by poor readiness. 2 of the 9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0.0%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3</w:t>
            </w:r>
          </w:p>
        </w:tc>
        <w:tc>
          <w:tcPr>
            <w:tcW w:type="dxa" w:w="1481"/>
          </w:tcPr>
          <w:p>
            <w:r>
              <w:t>60.0%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20.0%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10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9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6">
              <w:r>
                <w:rPr>
                  <w:color w:val="0563C1"/>
                  <w:u w:val="single"/>
                </w:rPr>
                <w:t>ADS-4007 — Bug — [BE][Subscriptions] - Comportament ciudat featureflags in cazul in care sunt dezactivate subscriptiile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17">
              <w:r>
                <w:rPr>
                  <w:color w:val="0563C1"/>
                  <w:u w:val="single"/>
                </w:rPr>
                <w:t>ADS-4328 — Story — Headers in Mobile App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ADS-6159 — Story — Notification Center for Mobile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ADS-6201 — Story — Log formatting - node.js, subscriptions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ADS-6675 — Story — [Financiar] - Managementul penalitatilor</w:t>
              </w:r>
            </w:hyperlink>
          </w:p>
        </w:tc>
        <w:tc>
          <w:tcPr>
            <w:tcW w:type="dxa" w:w="2074"/>
          </w:tcPr>
          <w:p>
            <w:r>
              <w:t>George Murgoci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ADS-7474 — Task — [FE] - Optimizare viteză de încărcare pagini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ADS-7849 — Story — Stergere date S3</w:t>
              </w:r>
            </w:hyperlink>
          </w:p>
        </w:tc>
        <w:tc>
          <w:tcPr>
            <w:tcW w:type="dxa" w:w="2074"/>
          </w:tcPr>
          <w:p>
            <w:r>
              <w:t>Cojan Paul-Catalin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Bug / rework pressure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ADS-8071 — Story — Teste automate flow Subscripții</w:t>
              </w:r>
            </w:hyperlink>
          </w:p>
        </w:tc>
        <w:tc>
          <w:tcPr>
            <w:tcW w:type="dxa" w:w="2074"/>
          </w:tcPr>
          <w:p>
            <w:r>
              <w:t>Edgar Alexa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ADS-8223 — Bug — [Prod][AWS][ingress] POST /api/v2/fisiere/upload maps backend 400 to HTTP 500 - 10/72h</w:t>
              </w:r>
            </w:hyperlink>
          </w:p>
        </w:tc>
        <w:tc>
          <w:tcPr>
            <w:tcW w:type="dxa" w:w="2074"/>
          </w:tcPr>
          <w:p>
            <w:r>
              <w:t>Cojan Paul-Catalin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10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2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14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14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10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2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14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10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2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4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10.0% (1/10)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1/10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90.0% (9/10)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9/10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100.0% (3/3)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0.0% (0/3)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0/3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80.0% (4/5)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4/5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28.6% (4/14)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4/14</w:t>
            </w:r>
          </w:p>
        </w:tc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4/4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4/4</w:t>
            </w:r>
          </w:p>
        </w:tc>
        <w:tc>
          <w:tcPr>
            <w:tcW w:type="dxa" w:w="2074"/>
          </w:tcPr>
          <w:p>
            <w:hyperlink r:id="rId1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30.0% (3/10)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3/10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22.2% (2/9)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2/9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20.0% (1/5)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1/5</w:t>
            </w:r>
          </w:p>
        </w:tc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0/5</w:t>
            </w:r>
          </w:p>
        </w:tc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29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0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7343%29" TargetMode="External"/><Relationship Id="rId10" Type="http://schemas.openxmlformats.org/officeDocument/2006/relationships/hyperlink" Target="https://adservio.atlassian.net/issues/?jql=issuekey%20in%20%28ADS-4007%2C%20ADS-4328%2C%20ADS-6159%2C%20ADS-6201%2C%20ADS-6675%2C%20ADS-7474%2C%20ADS-7849%2C%20ADS-8071%2C%20ADS-8223%29" TargetMode="External"/><Relationship Id="rId11" Type="http://schemas.openxmlformats.org/officeDocument/2006/relationships/hyperlink" Target="https://adservio.atlassian.net/issues/?jql=issuekey%20in%20%28ADS-4007%2C%20ADS-6675%2C%20ADS-8223%29" TargetMode="External"/><Relationship Id="rId12" Type="http://schemas.openxmlformats.org/officeDocument/2006/relationships/hyperlink" Target="https://adservio.atlassian.net/issues/?jql=issuekey%20in%20%28ADS-6159%2C%20ADS-7474%2C%20ADS-7849%2C%20ADS-8071%29" TargetMode="External"/><Relationship Id="rId13" Type="http://schemas.openxmlformats.org/officeDocument/2006/relationships/hyperlink" Target="https://adservio.atlassian.net/issues/?jql=issuekey%20in%20%28ADS-6064%2C%20ADS-8247%2C%20ADS-8316%2C%20ADS-8319%29" TargetMode="External"/><Relationship Id="rId14" Type="http://schemas.openxmlformats.org/officeDocument/2006/relationships/hyperlink" Target="https://adservio.atlassian.net/issues/?jql=issuekey%20in%20%28ADS-8316%29" TargetMode="External"/><Relationship Id="rId15" Type="http://schemas.openxmlformats.org/officeDocument/2006/relationships/hyperlink" Target="https://adservio.atlassian.net/issues/?jql=issuekey%20in%20%28ADS-6201%2C%20ADS-6675%2C%20ADS-7343%29" TargetMode="External"/><Relationship Id="rId16" Type="http://schemas.openxmlformats.org/officeDocument/2006/relationships/hyperlink" Target="https://adservio.atlassian.net/browse/ADS-4007" TargetMode="External"/><Relationship Id="rId17" Type="http://schemas.openxmlformats.org/officeDocument/2006/relationships/hyperlink" Target="https://adservio.atlassian.net/browse/ADS-4328" TargetMode="External"/><Relationship Id="rId18" Type="http://schemas.openxmlformats.org/officeDocument/2006/relationships/hyperlink" Target="https://adservio.atlassian.net/browse/ADS-6159" TargetMode="External"/><Relationship Id="rId19" Type="http://schemas.openxmlformats.org/officeDocument/2006/relationships/hyperlink" Target="https://adservio.atlassian.net/browse/ADS-6201" TargetMode="External"/><Relationship Id="rId20" Type="http://schemas.openxmlformats.org/officeDocument/2006/relationships/hyperlink" Target="https://adservio.atlassian.net/browse/ADS-6675" TargetMode="External"/><Relationship Id="rId21" Type="http://schemas.openxmlformats.org/officeDocument/2006/relationships/hyperlink" Target="https://adservio.atlassian.net/browse/ADS-7474" TargetMode="External"/><Relationship Id="rId22" Type="http://schemas.openxmlformats.org/officeDocument/2006/relationships/hyperlink" Target="https://adservio.atlassian.net/browse/ADS-7849" TargetMode="External"/><Relationship Id="rId23" Type="http://schemas.openxmlformats.org/officeDocument/2006/relationships/hyperlink" Target="https://adservio.atlassian.net/browse/ADS-8071" TargetMode="External"/><Relationship Id="rId24" Type="http://schemas.openxmlformats.org/officeDocument/2006/relationships/hyperlink" Target="https://adservio.atlassian.net/browse/ADS-8223" TargetMode="External"/><Relationship Id="rId25" Type="http://schemas.openxmlformats.org/officeDocument/2006/relationships/hyperlink" Target="https://adservio.atlassian.net/issues/?jql=issuekey%20in%20%28ADS-4007%2C%20ADS-4328%2C%20ADS-6159%2C%20ADS-6201%2C%20ADS-6675%2C%20ADS-7343%2C%20ADS-7474%2C%20ADS-7849%2C%20ADS-8071%2C%20ADS-8223%29" TargetMode="External"/><Relationship Id="rId26" Type="http://schemas.openxmlformats.org/officeDocument/2006/relationships/hyperlink" Target="https://adservio.atlassian.net/issues/?jql=issuekey%20in%20%28ADS-4007%2C%20ADS-4328%2C%20ADS-6064%2C%20ADS-6159%2C%20ADS-6201%2C%20ADS-6675%2C%20ADS-7343%2C%20ADS-7474%2C%20ADS-7849%2C%20ADS-8071%2C%20ADS-8223%2C%20ADS-8247%2C%20ADS-8316%2C%20ADS-8319%29" TargetMode="External"/><Relationship Id="rId27" Type="http://schemas.openxmlformats.org/officeDocument/2006/relationships/hyperlink" Target="https://adservio.atlassian.net/issues/?jql=issuekey%20in%20%28ADS-6159%2C%20ADS-7343%2C%20ADS-7474%2C%20ADS-7849%2C%20ADS-8071%29" TargetMode="External"/><Relationship Id="rId28" Type="http://schemas.openxmlformats.org/officeDocument/2006/relationships/hyperlink" Target="https://adservio.atlassian.net/issues/?jql=issuekey%20in%20%28ADS-6064%2C%20ADS-7343%2C%20ADS-8247%2C%20ADS-8316%2C%20ADS-8319%29" TargetMode="External"/><Relationship Id="rId29" Type="http://schemas.openxmlformats.org/officeDocument/2006/relationships/hyperlink" Target="issue_audit_register_Team-2_ADS_Q3_W29_-_20-24_Jul_2026-07-28.csv" TargetMode="External"/><Relationship Id="rId30" Type="http://schemas.openxmlformats.org/officeDocument/2006/relationships/hyperlink" Target="metric_lineage_Team-2_ADS_Q3_W29_-_20-24_Jul_2026-07-28.csv" TargetMode="External"/><Relationship Id="rId31" Type="http://schemas.openxmlformats.org/officeDocument/2006/relationships/hyperlink" Target="jql_traceability_register_Team-2_ADS_Q3_W29_-_20-24_Jul_2026-07-28.csv" TargetMode="External"/><Relationship Id="rId32" Type="http://schemas.openxmlformats.org/officeDocument/2006/relationships/hyperlink" Target="sprint_metrics_Team-2_ADS_Q3_W29_-_20-24_Jul_2026-07-28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