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W33 - 17-21 Aug</w:t>
      </w:r>
    </w:p>
    <w:p>
      <w:r>
        <w:rPr>
          <w:i/>
        </w:rPr>
        <w:t>Planned sprint ADS Q3 W33 - 17-21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4/17 visible items. The team absorbed noise well — 0/1 added items were closed — but predictability on committed work was only 25.0% (4/16), and bugs made up 25.0% of completed items. The main drag was execution system quality, not readiness: 6/12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25.0% (4/16)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75.0% (12/16)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30.8% (4/13)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(2/2)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5.9% (1/17)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r>
              <w:t>0/1</w:t>
            </w:r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25.0% (1/4)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56.2% (9/16)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0/1 added items were closed, but that responsiveness came with 25.0% bug share and diluted committed completion.</w:t>
      </w:r>
    </w:p>
    <w:p>
      <w:r>
        <w:t>The miss pattern is concentrated: 8 partial-completion carryovers, 0 dependency-driven misses, and 4 committed items that never really started.</w:t>
      </w:r>
    </w:p>
    <w:p>
      <w:r>
        <w:t>Most misses were not caused by poor readiness. 6 of the 12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3</w:t>
            </w:r>
          </w:p>
        </w:tc>
        <w:tc>
          <w:tcPr>
            <w:tcW w:type="dxa" w:w="1481"/>
          </w:tcPr>
          <w:p>
            <w:r>
              <w:t>75.0%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5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ADS-7279 — Task — [Billing] - Implementare Stripe + Apple pay + Google pay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ADS-7578 — Bug — Cache_redis_sentinel.php: Redis token-cache connection refusals turn GET /api/v2/fisiere/view into HTTP 500 - 254 hits/24h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ADS-7659 — Story — [Abonamente] - Nu pot selecta România din secțiunea de publicare, și nu mai apar pachetele pe site-ul public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ADS-7849 — Story — Stergere date S3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ADS-8223 — Bug — [Prod][AWS][ingress] POST /api/v2/fisiere/upload maps backend 400 to HTTP 500 - 10/72h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ADS-8499 — Task — Sync coduri Siruta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Merged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5">
              <w:r>
                <w:rPr>
                  <w:color w:val="0563C1"/>
                  <w:u w:val="single"/>
                </w:rPr>
                <w:t>ADS-8500 — Task — [AI] - Shared folder, logging, tracing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6">
              <w:r>
                <w:rPr>
                  <w:color w:val="0563C1"/>
                  <w:u w:val="single"/>
                </w:rPr>
                <w:t>ADS-8501 — Task — S3: Ștergere variabile OSS vechi și verificat că totul merge bine</w:t>
              </w:r>
            </w:hyperlink>
          </w:p>
        </w:tc>
        <w:tc>
          <w:tcPr>
            <w:tcW w:type="dxa" w:w="2592"/>
          </w:tcPr>
          <w:p>
            <w:r>
              <w:t>Cojan Paul-Catalin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6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16</w:t>
            </w:r>
          </w:p>
        </w:tc>
        <w:tc>
          <w:tcPr>
            <w:tcW w:type="dxa" w:w="3456"/>
          </w:tcPr>
          <w:p>
            <w:hyperlink r:id="rId27">
              <w:r>
                <w:rPr>
                  <w:color w:val="0563C1"/>
                  <w:u w:val="single"/>
                </w:rPr>
                <w:t>16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17</w:t>
            </w:r>
          </w:p>
        </w:tc>
        <w:tc>
          <w:tcPr>
            <w:tcW w:type="dxa" w:w="3456"/>
          </w:tcPr>
          <w:p>
            <w:hyperlink r:id="rId28">
              <w:r>
                <w:rPr>
                  <w:color w:val="0563C1"/>
                  <w:u w:val="single"/>
                </w:rPr>
                <w:t>17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255%2C%20ADS-8428%2C%20ADS-8482%2C%20ADS-8497%29" TargetMode="External"/><Relationship Id="rId10" Type="http://schemas.openxmlformats.org/officeDocument/2006/relationships/hyperlink" Target="https://adservio.atlassian.net/issues/?jql=issuekey%20in%20%28ADS-5654%2C%20ADS-7251%2C%20ADS-7279%2C%20ADS-7578%2C%20ADS-7659%2C%20ADS-7849%2C%20ADS-8223%2C%20ADS-8339%2C%20ADS-8383%2C%20ADS-8499%2C%20ADS-8500%2C%20ADS-8501%29" TargetMode="External"/><Relationship Id="rId11" Type="http://schemas.openxmlformats.org/officeDocument/2006/relationships/hyperlink" Target="https://adservio.atlassian.net/issues/?jql=issuekey%20in%20%28ADS-5654%2C%20ADS-8339%29" TargetMode="External"/><Relationship Id="rId12" Type="http://schemas.openxmlformats.org/officeDocument/2006/relationships/hyperlink" Target="https://adservio.atlassian.net/issues/?jql=issuekey%20in%20%28ADS-8544%29" TargetMode="External"/><Relationship Id="rId13" Type="http://schemas.openxmlformats.org/officeDocument/2006/relationships/hyperlink" Target="https://adservio.atlassian.net/issues/?jql=issuekey%20in%20%28ADS-8255%29" TargetMode="External"/><Relationship Id="rId14" Type="http://schemas.openxmlformats.org/officeDocument/2006/relationships/hyperlink" Target="https://adservio.atlassian.net/issues/?jql=issuekey%20in%20%28ADS-7251%2C%20ADS-7279%2C%20ADS-8255%2C%20ADS-8339%2C%20ADS-8383%2C%20ADS-8428%2C%20ADS-8497%2C%20ADS-8500%2C%20ADS-8501%29" TargetMode="External"/><Relationship Id="rId15" Type="http://schemas.openxmlformats.org/officeDocument/2006/relationships/hyperlink" Target="https://adservio.atlassian.net/browse/ADS-5654" TargetMode="External"/><Relationship Id="rId16" Type="http://schemas.openxmlformats.org/officeDocument/2006/relationships/hyperlink" Target="https://adservio.atlassian.net/browse/ADS-7251" TargetMode="External"/><Relationship Id="rId17" Type="http://schemas.openxmlformats.org/officeDocument/2006/relationships/hyperlink" Target="https://adservio.atlassian.net/browse/ADS-7279" TargetMode="External"/><Relationship Id="rId18" Type="http://schemas.openxmlformats.org/officeDocument/2006/relationships/hyperlink" Target="https://adservio.atlassian.net/browse/ADS-7578" TargetMode="External"/><Relationship Id="rId19" Type="http://schemas.openxmlformats.org/officeDocument/2006/relationships/hyperlink" Target="https://adservio.atlassian.net/browse/ADS-7659" TargetMode="External"/><Relationship Id="rId20" Type="http://schemas.openxmlformats.org/officeDocument/2006/relationships/hyperlink" Target="https://adservio.atlassian.net/browse/ADS-7849" TargetMode="External"/><Relationship Id="rId21" Type="http://schemas.openxmlformats.org/officeDocument/2006/relationships/hyperlink" Target="https://adservio.atlassian.net/browse/ADS-8223" TargetMode="External"/><Relationship Id="rId22" Type="http://schemas.openxmlformats.org/officeDocument/2006/relationships/hyperlink" Target="https://adservio.atlassian.net/browse/ADS-8339" TargetMode="External"/><Relationship Id="rId23" Type="http://schemas.openxmlformats.org/officeDocument/2006/relationships/hyperlink" Target="https://adservio.atlassian.net/browse/ADS-8383" TargetMode="External"/><Relationship Id="rId24" Type="http://schemas.openxmlformats.org/officeDocument/2006/relationships/hyperlink" Target="https://adservio.atlassian.net/browse/ADS-8499" TargetMode="External"/><Relationship Id="rId25" Type="http://schemas.openxmlformats.org/officeDocument/2006/relationships/hyperlink" Target="https://adservio.atlassian.net/browse/ADS-8500" TargetMode="External"/><Relationship Id="rId26" Type="http://schemas.openxmlformats.org/officeDocument/2006/relationships/hyperlink" Target="https://adservio.atlassian.net/browse/ADS-8501" TargetMode="External"/><Relationship Id="rId27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9" TargetMode="External"/><Relationship Id="rId28" Type="http://schemas.openxmlformats.org/officeDocument/2006/relationships/hyperlink" Target="https://adservio.atlassian.net/issues/?jql=issuekey%20in%20%28ADS-5654%2C%20ADS-7251%2C%20ADS-7279%2C%20ADS-7578%2C%20ADS-7659%2C%20ADS-7849%2C%20ADS-8223%2C%20ADS-8255%2C%20ADS-8339%2C%20ADS-8383%2C%20ADS-8428%2C%20ADS-8482%2C%20ADS-8497%2C%20ADS-8499%2C%20ADS-8500%2C%20ADS-8501%2C%20ADS-8544%29" TargetMode="External"/><Relationship Id="rId29" Type="http://schemas.openxmlformats.org/officeDocument/2006/relationships/hyperlink" Target="issue_audit_register_Team-2_ADS_Q3_W33_-_17-21_Aug_2026-09-01.csv" TargetMode="External"/><Relationship Id="rId30" Type="http://schemas.openxmlformats.org/officeDocument/2006/relationships/hyperlink" Target="metric_lineage_Team-2_ADS_Q3_W33_-_17-21_Aug_2026-09-01.csv" TargetMode="External"/><Relationship Id="rId31" Type="http://schemas.openxmlformats.org/officeDocument/2006/relationships/hyperlink" Target="jql_traceability_register_Team-2_ADS_Q3_W33_-_17-21_Aug_2026-09-01.csv" TargetMode="External"/><Relationship Id="rId32" Type="http://schemas.openxmlformats.org/officeDocument/2006/relationships/hyperlink" Target="sprint_metrics_Team-2_ADS_Q3_W33_-_17-21_Aug_2026-09-01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