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2 ADS Q3 W38 - 21-25 Sep</w:t>
      </w:r>
    </w:p>
    <w:p>
      <w:r>
        <w:rPr>
          <w:i/>
        </w:rPr>
        <w:t>Planned sprint ADS Q3 W38 - 21-25 Sep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8/24 visible items. The team absorbed noise well — 6/12 added items were closed — but predictability on committed work was only 33.3% (5/15), and bugs made up 50.0% of completed items. The main drag was execution system quality, not readiness: 6/10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33.3% (5/15)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66.7% (10/15)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38.5% (5/13)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100.0% (2/2)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50.0% (12/24)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6/12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50.0% (4/8)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60.0% (9/15)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6/12 added items were closed, but that responsiveness came with 50.0% bug share and diluted committed completion.</w:t>
      </w:r>
    </w:p>
    <w:p>
      <w:r>
        <w:t>The miss pattern is concentrated: 8 partial-completion carryovers, 0 dependency-driven misses, and 2 committed items that never really started.</w:t>
      </w:r>
    </w:p>
    <w:p>
      <w:r>
        <w:t>Most misses were not caused by poor readiness. 6 of the 10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25.0%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25.0%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4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4</w:t>
            </w:r>
          </w:p>
        </w:tc>
        <w:tc>
          <w:tcPr>
            <w:tcW w:type="dxa" w:w="1481"/>
          </w:tcPr>
          <w:p>
            <w:r>
              <w:t>50.0%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15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ADS-5654 — Story — [UPA,UPG, Asachi] Taxe școlarizare</w:t>
              </w:r>
            </w:hyperlink>
          </w:p>
        </w:tc>
        <w:tc>
          <w:tcPr>
            <w:tcW w:type="dxa" w:w="2592"/>
          </w:tcPr>
          <w:p>
            <w:r>
              <w:t>George Murgoci</w:t>
            </w:r>
          </w:p>
        </w:tc>
        <w:tc>
          <w:tcPr>
            <w:tcW w:type="dxa" w:w="2592"/>
          </w:tcPr>
          <w:p>
            <w:r>
              <w:t>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ADS-6159 — Story — Notification Center for Mobile</w:t>
              </w:r>
            </w:hyperlink>
          </w:p>
        </w:tc>
        <w:tc>
          <w:tcPr>
            <w:tcW w:type="dxa" w:w="2592"/>
          </w:tcPr>
          <w:p>
            <w:r>
              <w:t>Dragoș Ivan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ADS-7354 — Story — [Abonamente] - Gestionare recurență pachete anuale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ADS-7421 — Task — [BE] Cleanup Noutati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ADS-8259 — Story — [Abonamente][RC] - Rambursare clienti</w:t>
              </w:r>
            </w:hyperlink>
          </w:p>
        </w:tc>
        <w:tc>
          <w:tcPr>
            <w:tcW w:type="dxa" w:w="2592"/>
          </w:tcPr>
          <w:p>
            <w:r>
              <w:t>Dragoș Ivan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ADS-8501 — Task — S3: Ștergere variabile OSS vechi și verificat că totul merge bine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Code Review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ADS-8671 — Story — [AI - MCP] Teacher summaries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ADS-8733 — Bug — [Prod][Billing] Custom Invoice workload exposes premature PostgreSQL client release and slow pending-charge aggregation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ADS-8757 — Story — [Billing] - Migrat tot codul pe Nest</w:t>
              </w:r>
            </w:hyperlink>
          </w:p>
        </w:tc>
        <w:tc>
          <w:tcPr>
            <w:tcW w:type="dxa" w:w="2592"/>
          </w:tcPr>
          <w:p>
            <w:r>
              <w:t>George Murgoci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ADS-8769 — Improvement — [Abonamente][Admin][Statistici] - Updates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16</w:t>
            </w:r>
          </w:p>
        </w:tc>
        <w:tc>
          <w:tcPr>
            <w:tcW w:type="dxa" w:w="3456"/>
          </w:tcPr>
          <w:p>
            <w:hyperlink r:id="rId26">
              <w:r>
                <w:rPr>
                  <w:color w:val="0563C1"/>
                  <w:u w:val="single"/>
                </w:rPr>
                <w:t>16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25</w:t>
            </w:r>
          </w:p>
        </w:tc>
        <w:tc>
          <w:tcPr>
            <w:tcW w:type="dxa" w:w="3456"/>
          </w:tcPr>
          <w:p>
            <w:hyperlink r:id="rId27">
              <w:r>
                <w:rPr>
                  <w:color w:val="0563C1"/>
                  <w:u w:val="single"/>
                </w:rPr>
                <w:t>25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24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24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2590%2C%20ADS-7279%2C%20ADS-8343%2C%20ADS-8787%2C%20ADS-8865%29" TargetMode="External"/><Relationship Id="rId10" Type="http://schemas.openxmlformats.org/officeDocument/2006/relationships/hyperlink" Target="https://adservio.atlassian.net/issues/?jql=issuekey%20in%20%28ADS-5654%2C%20ADS-6159%2C%20ADS-7354%2C%20ADS-7421%2C%20ADS-8259%2C%20ADS-8501%2C%20ADS-8671%2C%20ADS-8733%2C%20ADS-8757%2C%20ADS-8769%29" TargetMode="External"/><Relationship Id="rId11" Type="http://schemas.openxmlformats.org/officeDocument/2006/relationships/hyperlink" Target="https://adservio.atlassian.net/issues/?jql=issuekey%20in%20%28ADS-5654%2C%20ADS-8757%29" TargetMode="External"/><Relationship Id="rId12" Type="http://schemas.openxmlformats.org/officeDocument/2006/relationships/hyperlink" Target="https://adservio.atlassian.net/issues/?jql=issuekey%20in%20%28ADS-2590%2C%20ADS-8787%2C%20ADS-8865%2C%20ADS-8875%2C%20ADS-8885%2C%20ADS-8886%2C%20ADS-8890%2C%20ADS-8901%2C%20ADS-8902%2C%20ADS-8936%2C%20ADS-8959%2C%20ADS-8965%29" TargetMode="External"/><Relationship Id="rId13" Type="http://schemas.openxmlformats.org/officeDocument/2006/relationships/hyperlink" Target="https://adservio.atlassian.net/issues/?jql=issuekey%20in%20%28ADS-2590%2C%20ADS-8787%2C%20ADS-8865%2C%20ADS-8875%2C%20ADS-8885%2C%20ADS-8901%29" TargetMode="External"/><Relationship Id="rId14" Type="http://schemas.openxmlformats.org/officeDocument/2006/relationships/hyperlink" Target="https://adservio.atlassian.net/issues/?jql=issuekey%20in%20%28ADS-2590%2C%20ADS-8865%2C%20ADS-8885%2C%20ADS-8901%29" TargetMode="External"/><Relationship Id="rId15" Type="http://schemas.openxmlformats.org/officeDocument/2006/relationships/hyperlink" Target="https://adservio.atlassian.net/issues/?jql=issuekey%20in%20%28ADS-2590%2C%20ADS-7279%2C%20ADS-7421%2C%20ADS-8259%2C%20ADS-8501%2C%20ADS-8671%2C%20ADS-8757%2C%20ADS-8769%2C%20ADS-8787%29" TargetMode="External"/><Relationship Id="rId16" Type="http://schemas.openxmlformats.org/officeDocument/2006/relationships/hyperlink" Target="https://adservio.atlassian.net/browse/ADS-5654" TargetMode="External"/><Relationship Id="rId17" Type="http://schemas.openxmlformats.org/officeDocument/2006/relationships/hyperlink" Target="https://adservio.atlassian.net/browse/ADS-6159" TargetMode="External"/><Relationship Id="rId18" Type="http://schemas.openxmlformats.org/officeDocument/2006/relationships/hyperlink" Target="https://adservio.atlassian.net/browse/ADS-7354" TargetMode="External"/><Relationship Id="rId19" Type="http://schemas.openxmlformats.org/officeDocument/2006/relationships/hyperlink" Target="https://adservio.atlassian.net/browse/ADS-7421" TargetMode="External"/><Relationship Id="rId20" Type="http://schemas.openxmlformats.org/officeDocument/2006/relationships/hyperlink" Target="https://adservio.atlassian.net/browse/ADS-8259" TargetMode="External"/><Relationship Id="rId21" Type="http://schemas.openxmlformats.org/officeDocument/2006/relationships/hyperlink" Target="https://adservio.atlassian.net/browse/ADS-8501" TargetMode="External"/><Relationship Id="rId22" Type="http://schemas.openxmlformats.org/officeDocument/2006/relationships/hyperlink" Target="https://adservio.atlassian.net/browse/ADS-8671" TargetMode="External"/><Relationship Id="rId23" Type="http://schemas.openxmlformats.org/officeDocument/2006/relationships/hyperlink" Target="https://adservio.atlassian.net/browse/ADS-8733" TargetMode="External"/><Relationship Id="rId24" Type="http://schemas.openxmlformats.org/officeDocument/2006/relationships/hyperlink" Target="https://adservio.atlassian.net/browse/ADS-8757" TargetMode="External"/><Relationship Id="rId25" Type="http://schemas.openxmlformats.org/officeDocument/2006/relationships/hyperlink" Target="https://adservio.atlassian.net/browse/ADS-8769" TargetMode="External"/><Relationship Id="rId26" Type="http://schemas.openxmlformats.org/officeDocument/2006/relationships/hyperlink" Target="https://adservio.atlassian.net/issues/?jql=issuekey%20in%20%28ADS-2590%2C%20ADS-5654%2C%20ADS-6159%2C%20ADS-7272%2C%20ADS-7279%2C%20ADS-7354%2C%20ADS-7421%2C%20ADS-8259%2C%20ADS-8343%2C%20ADS-8501%2C%20ADS-8671%2C%20ADS-8733%2C%20ADS-8757%2C%20ADS-8769%2C%20ADS-8787%2C%20ADS-8865%29" TargetMode="External"/><Relationship Id="rId27" Type="http://schemas.openxmlformats.org/officeDocument/2006/relationships/hyperlink" Target="https://adservio.atlassian.net/issues/?jql=issuekey%20in%20%28ADS-2590%2C%20ADS-5654%2C%20ADS-6159%2C%20ADS-7272%2C%20ADS-7279%2C%20ADS-7354%2C%20ADS-7421%2C%20ADS-8259%2C%20ADS-8343%2C%20ADS-8501%2C%20ADS-8671%2C%20ADS-8733%2C%20ADS-8757%2C%20ADS-8769%2C%20ADS-8787%2C%20ADS-8865%2C%20ADS-8875%2C%20ADS-8885%2C%20ADS-8886%2C%20ADS-8890%2C%20ADS-8901%2C%20ADS-8902%2C%20ADS-8936%2C%20ADS-8959%2C%20ADS-8965%29" TargetMode="External"/><Relationship Id="rId28" Type="http://schemas.openxmlformats.org/officeDocument/2006/relationships/hyperlink" Target="https://adservio.atlassian.net/issues/?jql=issuekey%20in%20%28ADS-2590%2C%20ADS-5654%2C%20ADS-6159%2C%20ADS-7279%2C%20ADS-7354%2C%20ADS-7421%2C%20ADS-8259%2C%20ADS-8343%2C%20ADS-8501%2C%20ADS-8671%2C%20ADS-8733%2C%20ADS-8757%2C%20ADS-8769%2C%20ADS-8787%2C%20ADS-8865%2C%20ADS-8875%2C%20ADS-8885%2C%20ADS-8886%2C%20ADS-8890%2C%20ADS-8901%2C%20ADS-8902%2C%20ADS-8936%2C%20ADS-8959%2C%20ADS-8965%29" TargetMode="External"/><Relationship Id="rId29" Type="http://schemas.openxmlformats.org/officeDocument/2006/relationships/hyperlink" Target="issue_audit_register_Team-2_ADS_Q3_W38_-_21-25_Sep_2026-10-05.csv" TargetMode="External"/><Relationship Id="rId30" Type="http://schemas.openxmlformats.org/officeDocument/2006/relationships/hyperlink" Target="metric_lineage_Team-2_ADS_Q3_W38_-_21-25_Sep_2026-10-05.csv" TargetMode="External"/><Relationship Id="rId31" Type="http://schemas.openxmlformats.org/officeDocument/2006/relationships/hyperlink" Target="jql_traceability_register_Team-2_ADS_Q3_W38_-_21-25_Sep_2026-10-05.csv" TargetMode="External"/><Relationship Id="rId32" Type="http://schemas.openxmlformats.org/officeDocument/2006/relationships/hyperlink" Target="sprint_metrics_Team-2_ADS_Q3_W38_-_21-25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