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W39 - 28 Sep-02 Oct</w:t>
      </w:r>
    </w:p>
    <w:p>
      <w:r>
        <w:rPr>
          <w:i/>
        </w:rPr>
        <w:t>Planned sprint ADS Q3 W39 - 28 Sep-02 Oct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10/29 visible items. The team absorbed noise well — 3/8 added items were closed — but predictability on committed work was only 33.3% (7/21), and bugs made up 70.0% of completed items. The main drag was execution system quality, not readiness: 5/14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33.3% (7/21)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66.7% (14/21)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38.9% (7/18)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27.6% (8/29)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3/8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70.0% (7/10)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33.3% (7/21)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3/8 added items were closed, but that responsiveness came with 70.0% bug share and diluted committed completion.</w:t>
      </w:r>
    </w:p>
    <w:p>
      <w:r>
        <w:t>The miss pattern is concentrated: 7 partial-completion carryovers, 0 dependency-driven misses, and 6 committed items that never really started.</w:t>
      </w:r>
    </w:p>
    <w:p>
      <w:r>
        <w:t>Most misses were not caused by poor readiness. 5 of the 14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30.0%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7</w:t>
            </w:r>
          </w:p>
        </w:tc>
        <w:tc>
          <w:tcPr>
            <w:tcW w:type="dxa" w:w="1481"/>
          </w:tcPr>
          <w:p>
            <w:r>
              <w:t>70.0%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ADS-7086 — Task — [Subscripție] - Rambursare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ADS-7657 — Bug — subscriptions-api: public package lookup crashes on missing user context (HTTP 500)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ADS-8223 — Bug — [Prod][AWS][ingress] POST /api/v2/fisiere/upload maps backend 400 to HTTP 500 - 10/72h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ADS-8733 — Bug — [Prod][Billing] Custom Invoice workload exposes premature PostgreSQL client release and slow pending-charge aggregation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ADS-8757 — Story — [Billing] - Migrat tot codul pe Nest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ADS-8769 — Improvement — [Abonamente][Admin][Statistici] - Updates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ADS-8798 — Task — [MOB][FE] - Front end optimizations for mobile app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9">
              <w:r>
                <w:rPr>
                  <w:color w:val="0563C1"/>
                  <w:u w:val="single"/>
                </w:rPr>
                <w:t>ADS-8890 — Task — [AI] Cleanup summaries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22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22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29</w:t>
            </w:r>
          </w:p>
        </w:tc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29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29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29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421%2C%20ADS-7578%2C%20ADS-8886%2C%20ADS-8902%2C%20ADS-8936%2C%20ADS-8965%2C%20ADS-8987%29" TargetMode="External"/><Relationship Id="rId10" Type="http://schemas.openxmlformats.org/officeDocument/2006/relationships/hyperlink" Target="https://adservio.atlassian.net/issues/?jql=issuekey%20in%20%28ADS-5654%2C%20ADS-6159%2C%20ADS-7086%2C%20ADS-7354%2C%20ADS-7657%2C%20ADS-8223%2C%20ADS-8259%2C%20ADS-8501%2C%20ADS-8671%2C%20ADS-8733%2C%20ADS-8757%2C%20ADS-8769%2C%20ADS-8798%2C%20ADS-8890%29" TargetMode="External"/><Relationship Id="rId11" Type="http://schemas.openxmlformats.org/officeDocument/2006/relationships/hyperlink" Target="https://adservio.atlassian.net/issues/?jql=issuekey%20in%20%28ADS-5654%2C%20ADS-8757%29" TargetMode="External"/><Relationship Id="rId12" Type="http://schemas.openxmlformats.org/officeDocument/2006/relationships/hyperlink" Target="https://adservio.atlassian.net/issues/?jql=issuekey%20in%20%28ADS-8951%2C%20ADS-9005%2C%20ADS-9008%2C%20ADS-9016%2C%20ADS-9019%2C%20ADS-9020%2C%20ADS-9039%2C%20ADS-9061%29" TargetMode="External"/><Relationship Id="rId13" Type="http://schemas.openxmlformats.org/officeDocument/2006/relationships/hyperlink" Target="https://adservio.atlassian.net/issues/?jql=issuekey%20in%20%28ADS-9016%2C%20ADS-9020%2C%20ADS-9039%29" TargetMode="External"/><Relationship Id="rId14" Type="http://schemas.openxmlformats.org/officeDocument/2006/relationships/hyperlink" Target="https://adservio.atlassian.net/issues/?jql=issuekey%20in%20%28ADS-7578%2C%20ADS-8902%2C%20ADS-8936%2C%20ADS-8965%2C%20ADS-8987%2C%20ADS-9016%2C%20ADS-9020%29" TargetMode="External"/><Relationship Id="rId15" Type="http://schemas.openxmlformats.org/officeDocument/2006/relationships/hyperlink" Target="https://adservio.atlassian.net/issues/?jql=issuekey%20in%20%28ADS-7086%2C%20ADS-7421%2C%20ADS-8259%2C%20ADS-8501%2C%20ADS-8671%2C%20ADS-8769%2C%20ADS-8886%29" TargetMode="External"/><Relationship Id="rId16" Type="http://schemas.openxmlformats.org/officeDocument/2006/relationships/hyperlink" Target="https://adservio.atlassian.net/browse/ADS-5654" TargetMode="External"/><Relationship Id="rId17" Type="http://schemas.openxmlformats.org/officeDocument/2006/relationships/hyperlink" Target="https://adservio.atlassian.net/browse/ADS-6159" TargetMode="External"/><Relationship Id="rId18" Type="http://schemas.openxmlformats.org/officeDocument/2006/relationships/hyperlink" Target="https://adservio.atlassian.net/browse/ADS-7086" TargetMode="External"/><Relationship Id="rId19" Type="http://schemas.openxmlformats.org/officeDocument/2006/relationships/hyperlink" Target="https://adservio.atlassian.net/browse/ADS-7354" TargetMode="External"/><Relationship Id="rId20" Type="http://schemas.openxmlformats.org/officeDocument/2006/relationships/hyperlink" Target="https://adservio.atlassian.net/browse/ADS-7657" TargetMode="External"/><Relationship Id="rId21" Type="http://schemas.openxmlformats.org/officeDocument/2006/relationships/hyperlink" Target="https://adservio.atlassian.net/browse/ADS-8223" TargetMode="External"/><Relationship Id="rId22" Type="http://schemas.openxmlformats.org/officeDocument/2006/relationships/hyperlink" Target="https://adservio.atlassian.net/browse/ADS-8259" TargetMode="External"/><Relationship Id="rId23" Type="http://schemas.openxmlformats.org/officeDocument/2006/relationships/hyperlink" Target="https://adservio.atlassian.net/browse/ADS-8501" TargetMode="External"/><Relationship Id="rId24" Type="http://schemas.openxmlformats.org/officeDocument/2006/relationships/hyperlink" Target="https://adservio.atlassian.net/browse/ADS-8671" TargetMode="External"/><Relationship Id="rId25" Type="http://schemas.openxmlformats.org/officeDocument/2006/relationships/hyperlink" Target="https://adservio.atlassian.net/browse/ADS-8733" TargetMode="External"/><Relationship Id="rId26" Type="http://schemas.openxmlformats.org/officeDocument/2006/relationships/hyperlink" Target="https://adservio.atlassian.net/browse/ADS-8757" TargetMode="External"/><Relationship Id="rId27" Type="http://schemas.openxmlformats.org/officeDocument/2006/relationships/hyperlink" Target="https://adservio.atlassian.net/browse/ADS-8769" TargetMode="External"/><Relationship Id="rId28" Type="http://schemas.openxmlformats.org/officeDocument/2006/relationships/hyperlink" Target="https://adservio.atlassian.net/browse/ADS-8798" TargetMode="External"/><Relationship Id="rId29" Type="http://schemas.openxmlformats.org/officeDocument/2006/relationships/hyperlink" Target="https://adservio.atlassian.net/browse/ADS-8890" TargetMode="External"/><Relationship Id="rId30" Type="http://schemas.openxmlformats.org/officeDocument/2006/relationships/hyperlink" Target="https://adservio.atlassian.net/issues/?jql=issuekey%20in%20%28ADS-5654%2C%20ADS-6159%2C%20ADS-7086%2C%20ADS-7272%2C%20ADS-7354%2C%20ADS-7421%2C%20ADS-7578%2C%20ADS-7657%2C%20ADS-8223%2C%20ADS-8259%2C%20ADS-8501%2C%20ADS-8671%2C%20ADS-8733%2C%20ADS-8757%2C%20ADS-8769%2C%20ADS-8798%2C%20ADS-8886%2C%20ADS-8890%2C%20ADS-8902%2C%20ADS-8936%2C%20ADS-8965%2C%20ADS-8987%29" TargetMode="External"/><Relationship Id="rId31" Type="http://schemas.openxmlformats.org/officeDocument/2006/relationships/hyperlink" Target="https://adservio.atlassian.net/issues/?jql=issuekey%20in%20%28ADS-5654%2C%20ADS-6159%2C%20ADS-7086%2C%20ADS-7272%2C%20ADS-7354%2C%20ADS-7421%2C%20ADS-7578%2C%20ADS-7657%2C%20ADS-8259%2C%20ADS-8501%2C%20ADS-8671%2C%20ADS-8733%2C%20ADS-8757%2C%20ADS-8769%2C%20ADS-8798%2C%20ADS-8886%2C%20ADS-8890%2C%20ADS-8902%2C%20ADS-8936%2C%20ADS-8951%2C%20ADS-8965%2C%20ADS-8987%2C%20ADS-9005%2C%20ADS-9008%2C%20ADS-9016%2C%20ADS-9019%2C%20ADS-9020%2C%20ADS-9039%2C%20ADS-9061%29" TargetMode="External"/><Relationship Id="rId32" Type="http://schemas.openxmlformats.org/officeDocument/2006/relationships/hyperlink" Target="https://adservio.atlassian.net/issues/?jql=issuekey%20in%20%28ADS-5654%2C%20ADS-6159%2C%20ADS-7086%2C%20ADS-7354%2C%20ADS-7421%2C%20ADS-7578%2C%20ADS-7657%2C%20ADS-8223%2C%20ADS-8259%2C%20ADS-8501%2C%20ADS-8671%2C%20ADS-8733%2C%20ADS-8757%2C%20ADS-8769%2C%20ADS-8798%2C%20ADS-8886%2C%20ADS-8890%2C%20ADS-8902%2C%20ADS-8936%2C%20ADS-8951%2C%20ADS-8965%2C%20ADS-8987%2C%20ADS-9005%2C%20ADS-9008%2C%20ADS-9016%2C%20ADS-9019%2C%20ADS-9020%2C%20ADS-9039%2C%20ADS-9061%29" TargetMode="External"/><Relationship Id="rId33" Type="http://schemas.openxmlformats.org/officeDocument/2006/relationships/hyperlink" Target="issue_audit_register_Team-2_ADS_Q3_W39_-_28_Sep-02_Oct_2026-10-05.csv" TargetMode="External"/><Relationship Id="rId34" Type="http://schemas.openxmlformats.org/officeDocument/2006/relationships/hyperlink" Target="metric_lineage_Team-2_ADS_Q3_W39_-_28_Sep-02_Oct_2026-10-05.csv" TargetMode="External"/><Relationship Id="rId35" Type="http://schemas.openxmlformats.org/officeDocument/2006/relationships/hyperlink" Target="jql_traceability_register_Team-2_ADS_Q3_W39_-_28_Sep-02_Oct_2026-10-05.csv" TargetMode="External"/><Relationship Id="rId36" Type="http://schemas.openxmlformats.org/officeDocument/2006/relationships/hyperlink" Target="sprint_metrics_Team-2_ADS_Q3_W39_-_28_Sep-02_Oct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