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15/24 visible items. The team absorbed noise well — all 6 added items were closed — but predictability on committed work was only 55.0% (11/20), and bugs made up 60.0% of completed items. The main drag was execution system quality, not readiness: 1/9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55.0% (11/20)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45.0% (9/20)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76.9% (10/13)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100.0% (6/6)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25.0% (6/24)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6/6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60.0% (9/15)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30.0% (6/20)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6 added items were closed, but that responsiveness came with 60.0% bug share and diluted committed completion.</w:t>
      </w:r>
    </w:p>
    <w:p>
      <w:r>
        <w:t>The miss pattern is concentrated: 4 partial-completion carryovers, 0 dependency-driven misses, and 3 committed items that never really started.</w:t>
      </w:r>
    </w:p>
    <w:p>
      <w:r>
        <w:t>Most misses were not caused by poor readiness. 1 of the 9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13.3%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20.0%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7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9</w:t>
            </w:r>
          </w:p>
        </w:tc>
        <w:tc>
          <w:tcPr>
            <w:tcW w:type="dxa" w:w="1481"/>
          </w:tcPr>
          <w:p>
            <w:r>
              <w:t>60.0%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ADS-8164 — Story — [Burse] - US6 - Rapoarte</w:t>
              </w:r>
            </w:hyperlink>
          </w:p>
        </w:tc>
        <w:tc>
          <w:tcPr>
            <w:tcW w:type="dxa" w:w="2592"/>
          </w:tcPr>
          <w:p>
            <w:r>
              <w:t>Magda Gradinaru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Breakdown issue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2592"/>
          </w:tcPr>
          <w:p>
            <w:r>
              <w:t>valentin.pal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ADS-8667 — Story — [FE/BE] Lista imbunatatiri dupa demo 3.09.26</w:t>
              </w:r>
            </w:hyperlink>
          </w:p>
        </w:tc>
        <w:tc>
          <w:tcPr>
            <w:tcW w:type="dxa" w:w="2592"/>
          </w:tcPr>
          <w:p>
            <w:r>
              <w:t>Petronel Pavel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ADS-8682 — Bug — [Prod][TUIASI][Accommodations] Dependency failures cause report and list HTTP 500 burst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ADS-8706 — [BE/FE]Cazari - Contract nou perioada didactica</w:t>
              </w:r>
            </w:hyperlink>
          </w:p>
        </w:tc>
        <w:tc>
          <w:tcPr>
            <w:tcW w:type="dxa" w:w="3456"/>
          </w:tcPr>
          <w:p>
            <w:r>
              <w:t>Testing</w:t>
            </w:r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23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24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509%2C%20ADS-8534%2C%20ADS-8579%2C%20ADS-8597%2C%20ADS-8632%2C%20ADS-8652%2C%20ADS-8675%2C%20ADS-8681%2C%20ADS-8683%2C%20ADS-8685%2C%20ADS-8696%29" TargetMode="External"/><Relationship Id="rId10" Type="http://schemas.openxmlformats.org/officeDocument/2006/relationships/hyperlink" Target="https://adservio.atlassian.net/issues/?jql=issuekey%20in%20%28ADS-7559%2C%20ADS-8160%2C%20ADS-8161%2C%20ADS-8164%2C%20ADS-8179%2C%20ADS-8326%2C%20ADS-8593%2C%20ADS-8667%2C%20ADS-8682%29" TargetMode="External"/><Relationship Id="rId11" Type="http://schemas.openxmlformats.org/officeDocument/2006/relationships/hyperlink" Target="https://adservio.atlassian.net/issues/?jql=issuekey%20in%20%28ADS-8509%2C%20ADS-8534%2C%20ADS-8597%2C%20ADS-8632%2C%20ADS-8652%2C%20ADS-8675%2C%20ADS-8681%2C%20ADS-8683%2C%20ADS-8685%2C%20ADS-8696%29" TargetMode="External"/><Relationship Id="rId12" Type="http://schemas.openxmlformats.org/officeDocument/2006/relationships/hyperlink" Target="https://adservio.atlassian.net/issues/?jql=issuekey%20in%20%28ADS-7559%2C%20ADS-8160%2C%20ADS-8161%2C%20ADS-8164%2C%20ADS-8179%2C%20ADS-8667%29" TargetMode="External"/><Relationship Id="rId13" Type="http://schemas.openxmlformats.org/officeDocument/2006/relationships/hyperlink" Target="https://adservio.atlassian.net/issues/?jql=issuekey%20in%20%28ADS-8448%2C%20ADS-8597%2C%20ADS-8665%2C%20ADS-8696%2C%20ADS-8706%2C%20ADS-8722%29" TargetMode="External"/><Relationship Id="rId14" Type="http://schemas.openxmlformats.org/officeDocument/2006/relationships/hyperlink" Target="https://adservio.atlassian.net/issues/?jql=issuekey%20in%20%28ADS-8509%2C%20ADS-8534%2C%20ADS-8597%2C%20ADS-8632%2C%20ADS-8652%2C%20ADS-8681%2C%20ADS-8683%2C%20ADS-8685%2C%20ADS-8696%29" TargetMode="External"/><Relationship Id="rId15" Type="http://schemas.openxmlformats.org/officeDocument/2006/relationships/hyperlink" Target="https://adservio.atlassian.net/issues/?jql=issuekey%20in%20%28ADS-8161%2C%20ADS-8534%2C%20ADS-8579%2C%20ADS-8597%2C%20ADS-8652%2C%20ADS-8675%29" TargetMode="External"/><Relationship Id="rId16" Type="http://schemas.openxmlformats.org/officeDocument/2006/relationships/hyperlink" Target="https://adservio.atlassian.net/issues/?jql=issuekey%20in%20%28ADS-8706%29" TargetMode="External"/><Relationship Id="rId17" Type="http://schemas.openxmlformats.org/officeDocument/2006/relationships/hyperlink" Target="https://adservio.atlassian.net/browse/ADS-7559" TargetMode="External"/><Relationship Id="rId18" Type="http://schemas.openxmlformats.org/officeDocument/2006/relationships/hyperlink" Target="https://adservio.atlassian.net/browse/ADS-8160" TargetMode="External"/><Relationship Id="rId19" Type="http://schemas.openxmlformats.org/officeDocument/2006/relationships/hyperlink" Target="https://adservio.atlassian.net/browse/ADS-8161" TargetMode="External"/><Relationship Id="rId20" Type="http://schemas.openxmlformats.org/officeDocument/2006/relationships/hyperlink" Target="https://adservio.atlassian.net/browse/ADS-8164" TargetMode="External"/><Relationship Id="rId21" Type="http://schemas.openxmlformats.org/officeDocument/2006/relationships/hyperlink" Target="https://adservio.atlassian.net/browse/ADS-8179" TargetMode="External"/><Relationship Id="rId22" Type="http://schemas.openxmlformats.org/officeDocument/2006/relationships/hyperlink" Target="https://adservio.atlassian.net/browse/ADS-8326" TargetMode="External"/><Relationship Id="rId23" Type="http://schemas.openxmlformats.org/officeDocument/2006/relationships/hyperlink" Target="https://adservio.atlassian.net/browse/ADS-8593" TargetMode="External"/><Relationship Id="rId24" Type="http://schemas.openxmlformats.org/officeDocument/2006/relationships/hyperlink" Target="https://adservio.atlassian.net/browse/ADS-8667" TargetMode="External"/><Relationship Id="rId25" Type="http://schemas.openxmlformats.org/officeDocument/2006/relationships/hyperlink" Target="https://adservio.atlassian.net/browse/ADS-8682" TargetMode="External"/><Relationship Id="rId26" Type="http://schemas.openxmlformats.org/officeDocument/2006/relationships/hyperlink" Target="https://adservio.atlassian.net/browse/ADS-8706" TargetMode="External"/><Relationship Id="rId27" Type="http://schemas.openxmlformats.org/officeDocument/2006/relationships/hyperlink" Target="https://adservio.atlassian.net/issues/?jql=issuekey%20in%20%28ADS-7559%2C%20ADS-8160%2C%20ADS-8161%2C%20ADS-8164%2C%20ADS-8179%2C%20ADS-8326%2C%20ADS-8509%2C%20ADS-8534%2C%20ADS-8579%2C%20ADS-8597%2C%20ADS-8632%2C%20ADS-8652%2C%20ADS-8667%2C%20ADS-8675%2C%20ADS-8682%2C%20ADS-8683%2C%20ADS-8685%2C%20ADS-8696%29" TargetMode="External"/><Relationship Id="rId28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75%2C%20ADS-8681%2C%20ADS-8682%2C%20ADS-8683%2C%20ADS-8685%2C%20ADS-8696%2C%20ADS-8706%2C%20ADS-8722%29" TargetMode="External"/><Relationship Id="rId29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67%2C%20ADS-8675%2C%20ADS-8681%2C%20ADS-8682%2C%20ADS-8683%2C%20ADS-8685%2C%20ADS-8696%2C%20ADS-8706%2C%20ADS-8722%29" TargetMode="External"/><Relationship Id="rId30" Type="http://schemas.openxmlformats.org/officeDocument/2006/relationships/hyperlink" Target="issue_audit_register_University_ADS_Q3_W36_-_07-11_Sep_2026-09-14.csv" TargetMode="External"/><Relationship Id="rId31" Type="http://schemas.openxmlformats.org/officeDocument/2006/relationships/hyperlink" Target="metric_lineage_University_ADS_Q3_W36_-_07-11_Sep_2026-09-14.csv" TargetMode="External"/><Relationship Id="rId32" Type="http://schemas.openxmlformats.org/officeDocument/2006/relationships/hyperlink" Target="jql_traceability_register_University_ADS_Q3_W36_-_07-11_Sep_2026-09-14.csv" TargetMode="External"/><Relationship Id="rId33" Type="http://schemas.openxmlformats.org/officeDocument/2006/relationships/hyperlink" Target="sprint_metrics_University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