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W38 - 21-25 Sep</w:t>
      </w:r>
    </w:p>
    <w:p>
      <w:r>
        <w:rPr>
          <w:i/>
        </w:rPr>
        <w:t>Planned sprint ADS Q3 W38 - 21-25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8/23 visible items. The team absorbed noise well — 3/9 added items were closed — but predictability on committed work was only 40.0% (6/15), and bugs made up 50.0% of completed items. The main drag was execution system quality, not readiness: 6/9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40.0% (6/15)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60.0% (9/15)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71.4% (5/7)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39.1% (9/23)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3/9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60.0% (9/15)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3/9 added items were closed, but that responsiveness came with 50.0% bug share and diluted committed completion.</w:t>
      </w:r>
    </w:p>
    <w:p>
      <w:r>
        <w:t>The miss pattern is concentrated: 5 partial-completion carryovers, 1 dependency-driven misses, and 3 committed items that never really started.</w:t>
      </w:r>
    </w:p>
    <w:p>
      <w:r>
        <w:t>Most misses were not caused by poor readiness. 6 of the 9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37.5%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12.5%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ADS-8166 — Story — [Burse] - US7 - View Student/actiuni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ADS-8763 — Task — [Asachi][BE] Import studenti pentru anul universitar 2026-2027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ADS-8804 — Bug — [Asachi] - Student duplicat in catalog de restantieri la descarcare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ADS-8810 — Bug — [Asachi] - Eroare alocare restantieri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ADS-8812 — Story — Download RM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ADS-8879 — Bug — [Asachi] - Eroare acces student in UMS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ADS-8897 — Bug — [Prod][TUIASI][Accommodations] Missing studentId makes accommodation create return HTTP 500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14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24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24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23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23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559%2C%20ADS-8177%2C%20ADS-8179%2C%20ADS-8751%2C%20ADS-8786%2C%20ADS-8860%29" TargetMode="External"/><Relationship Id="rId10" Type="http://schemas.openxmlformats.org/officeDocument/2006/relationships/hyperlink" Target="https://adservio.atlassian.net/issues/?jql=issuekey%20in%20%28ADS-8161%2C%20ADS-8162%2C%20ADS-8166%2C%20ADS-8763%2C%20ADS-8804%2C%20ADS-8810%2C%20ADS-8812%2C%20ADS-8879%2C%20ADS-8897%29" TargetMode="External"/><Relationship Id="rId11" Type="http://schemas.openxmlformats.org/officeDocument/2006/relationships/hyperlink" Target="https://adservio.atlassian.net/issues/?jql=issuekey%20in%20%28ADS-8179%2C%20ADS-8751%2C%20ADS-8786%2C%20ADS-8860%29" TargetMode="External"/><Relationship Id="rId12" Type="http://schemas.openxmlformats.org/officeDocument/2006/relationships/hyperlink" Target="https://adservio.atlassian.net/issues/?jql=issuekey%20in%20%28ADS-8161%2C%20ADS-8162%2C%20ADS-8166%2C%20ADS-8763%2C%20ADS-8812%29" TargetMode="External"/><Relationship Id="rId13" Type="http://schemas.openxmlformats.org/officeDocument/2006/relationships/hyperlink" Target="https://adservio.atlassian.net/issues/?jql=issuekey%20in%20%28ADS-8599%2C%20ADS-8682%2C%20ADS-8860%2C%20ADS-8871%2C%20ADS-8888%2C%20ADS-8893%2C%20ADS-8896%2C%20ADS-8938%2C%20ADS-8972%29" TargetMode="External"/><Relationship Id="rId14" Type="http://schemas.openxmlformats.org/officeDocument/2006/relationships/hyperlink" Target="https://adservio.atlassian.net/issues/?jql=issuekey%20in%20%28ADS-8860%2C%20ADS-8871%2C%20ADS-8896%29" TargetMode="External"/><Relationship Id="rId15" Type="http://schemas.openxmlformats.org/officeDocument/2006/relationships/hyperlink" Target="https://adservio.atlassian.net/issues/?jql=issuekey%20in%20%28ADS-8751%2C%20ADS-8786%2C%20ADS-8860%2C%20ADS-8896%29" TargetMode="External"/><Relationship Id="rId16" Type="http://schemas.openxmlformats.org/officeDocument/2006/relationships/hyperlink" Target="https://adservio.atlassian.net/issues/?jql=issuekey%20in%20%28ADS-8161%2C%20ADS-8162%2C%20ADS-8166%2C%20ADS-8177%2C%20ADS-8179%2C%20ADS-8751%2C%20ADS-8804%2C%20ADS-8810%2C%20ADS-8812%29" TargetMode="External"/><Relationship Id="rId17" Type="http://schemas.openxmlformats.org/officeDocument/2006/relationships/hyperlink" Target="https://adservio.atlassian.net/browse/ADS-8161" TargetMode="External"/><Relationship Id="rId18" Type="http://schemas.openxmlformats.org/officeDocument/2006/relationships/hyperlink" Target="https://adservio.atlassian.net/browse/ADS-8162" TargetMode="External"/><Relationship Id="rId19" Type="http://schemas.openxmlformats.org/officeDocument/2006/relationships/hyperlink" Target="https://adservio.atlassian.net/browse/ADS-8166" TargetMode="External"/><Relationship Id="rId20" Type="http://schemas.openxmlformats.org/officeDocument/2006/relationships/hyperlink" Target="https://adservio.atlassian.net/browse/ADS-8763" TargetMode="External"/><Relationship Id="rId21" Type="http://schemas.openxmlformats.org/officeDocument/2006/relationships/hyperlink" Target="https://adservio.atlassian.net/browse/ADS-8804" TargetMode="External"/><Relationship Id="rId22" Type="http://schemas.openxmlformats.org/officeDocument/2006/relationships/hyperlink" Target="https://adservio.atlassian.net/browse/ADS-8810" TargetMode="External"/><Relationship Id="rId23" Type="http://schemas.openxmlformats.org/officeDocument/2006/relationships/hyperlink" Target="https://adservio.atlassian.net/browse/ADS-8812" TargetMode="External"/><Relationship Id="rId24" Type="http://schemas.openxmlformats.org/officeDocument/2006/relationships/hyperlink" Target="https://adservio.atlassian.net/browse/ADS-8879" TargetMode="External"/><Relationship Id="rId25" Type="http://schemas.openxmlformats.org/officeDocument/2006/relationships/hyperlink" Target="https://adservio.atlassian.net/browse/ADS-8897" TargetMode="External"/><Relationship Id="rId26" Type="http://schemas.openxmlformats.org/officeDocument/2006/relationships/hyperlink" Target="https://adservio.atlassian.net/issues/?jql=issuekey%20in%20%28ADS-7559%2C%20ADS-8161%2C%20ADS-8162%2C%20ADS-8166%2C%20ADS-8177%2C%20ADS-8179%2C%20ADS-8326%2C%20ADS-8751%2C%20ADS-8763%2C%20ADS-8786%2C%20ADS-8804%2C%20ADS-8810%2C%20ADS-8812%2C%20ADS-8860%29" TargetMode="External"/><Relationship Id="rId27" Type="http://schemas.openxmlformats.org/officeDocument/2006/relationships/hyperlink" Target="https://adservio.atlassian.net/issues/?jql=issuekey%20in%20%28ADS-7559%2C%20ADS-8161%2C%20ADS-8162%2C%20ADS-8166%2C%20ADS-8177%2C%20ADS-8179%2C%20ADS-8326%2C%20ADS-8599%2C%20ADS-8682%2C%20ADS-8751%2C%20ADS-8763%2C%20ADS-8786%2C%20ADS-8804%2C%20ADS-8810%2C%20ADS-8812%2C%20ADS-8860%2C%20ADS-8871%2C%20ADS-8879%2C%20ADS-8888%2C%20ADS-8893%2C%20ADS-8896%2C%20ADS-8897%2C%20ADS-8938%2C%20ADS-8972%29" TargetMode="External"/><Relationship Id="rId28" Type="http://schemas.openxmlformats.org/officeDocument/2006/relationships/hyperlink" Target="https://adservio.atlassian.net/issues/?jql=issuekey%20in%20%28ADS-7559%2C%20ADS-8161%2C%20ADS-8162%2C%20ADS-8166%2C%20ADS-8177%2C%20ADS-8179%2C%20ADS-8599%2C%20ADS-8682%2C%20ADS-8751%2C%20ADS-8763%2C%20ADS-8786%2C%20ADS-8804%2C%20ADS-8810%2C%20ADS-8812%2C%20ADS-8860%2C%20ADS-8871%2C%20ADS-8879%2C%20ADS-8888%2C%20ADS-8893%2C%20ADS-8896%2C%20ADS-8897%2C%20ADS-8938%2C%20ADS-8972%29" TargetMode="External"/><Relationship Id="rId29" Type="http://schemas.openxmlformats.org/officeDocument/2006/relationships/hyperlink" Target="issue_audit_register_University_ADS_Q3_W38_-_21-25_Sep_2026-10-05.csv" TargetMode="External"/><Relationship Id="rId30" Type="http://schemas.openxmlformats.org/officeDocument/2006/relationships/hyperlink" Target="metric_lineage_University_ADS_Q3_W38_-_21-25_Sep_2026-10-05.csv" TargetMode="External"/><Relationship Id="rId31" Type="http://schemas.openxmlformats.org/officeDocument/2006/relationships/hyperlink" Target="jql_traceability_register_University_ADS_Q3_W38_-_21-25_Sep_2026-10-05.csv" TargetMode="External"/><Relationship Id="rId32" Type="http://schemas.openxmlformats.org/officeDocument/2006/relationships/hyperlink" Target="sprint_metrics_University_ADS_Q3_W38_-_21-25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