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Mobile ADS Q3 W29 - 20-24 Jul</w:t>
      </w:r>
    </w:p>
    <w:p>
      <w:r>
        <w:rPr>
          <w:i/>
        </w:rPr>
        <w:t>Planned sprint ADS Q3 W29 - 20-24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1 of 8 visible items, including 1 Stories, 0 Tasks, and 0 Bugs. Product movement was real, but the sprint was still noisy: 0 items entered after planning and all of them were closed. The main misses were concentrated in 7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8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1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7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1 / 0 / 0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8 / 0 / 0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4 / 4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1/2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(1)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ADS-7884 — [MOB] - Web bridge SDK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Tasks done (0)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</w:tbl>
    <w:p>
      <w:pPr>
        <w:pStyle w:val="Heading1"/>
      </w:pPr>
      <w:r>
        <w:t>Bugs done (0)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</w:tbl>
    <w:p>
      <w:pPr>
        <w:pStyle w:val="Heading1"/>
      </w:pPr>
      <w:r>
        <w:t>Carry overs / not delivered (7)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ADS-3527 — Bug — [Photos]-  Primul videoclip dintr-un album video nu este redat corect în aplicația mobilă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ADS-5651 — Bug — [FE/BE/MOB] - Coprofesorul vede toți elevii clasei, deși are asociați doar unii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ADS-6694 — Story — [MOB] - Test parenting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ADS-8068 — Story — [MOB] - Încheiere situatie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ADS-8237 — Bug — [MOB] - Problema la switch account de pe notif admission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ADS-8273 — Story — [MOB][Elev][Parinte] - Detalii elev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21">
              <w:r>
                <w:rPr>
                  <w:color w:val="0563C1"/>
                  <w:u w:val="single"/>
                </w:rPr>
                <w:t>4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22">
              <w:r>
                <w:rPr>
                  <w:color w:val="0563C1"/>
                  <w:u w:val="single"/>
                </w:rPr>
                <w:t>1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1 rows have Sprint Intent = Progress and remained open; they are treated as healthy continuation rather than finish misses.</w:t>
      </w:r>
    </w:p>
    <w:p>
      <w:r>
        <w:t>One Done row (ADS-7884 — Story — [MOB] - Web bridge SDK) is still flagged as Partial completion in the outcome file. The report respects the outcome as Done and treats the flag as a data-quality anomaly.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8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8/8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1/8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7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7/8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1/1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0/1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0/1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8 / 0 / 0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8/8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4 / 4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8/8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1/2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1/2</w:t>
            </w:r>
          </w:p>
        </w:tc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4/7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0/7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1/7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3527%2C%20ADS-5651%2C%20ADS-5808%2C%20ADS-6694%2C%20ADS-7884%2C%20ADS-8068%2C%20ADS-8237%2C%20ADS-8273%29" TargetMode="External"/><Relationship Id="rId10" Type="http://schemas.openxmlformats.org/officeDocument/2006/relationships/hyperlink" Target="https://adservio.atlassian.net/issues/?jql=issuekey%20in%20%28ADS-7884%29" TargetMode="External"/><Relationship Id="rId11" Type="http://schemas.openxmlformats.org/officeDocument/2006/relationships/hyperlink" Target="https://adservio.atlassian.net/issues/?jql=issuekey%20in%20%28ADS-3527%2C%20ADS-5651%2C%20ADS-5808%2C%20ADS-6694%2C%20ADS-8068%2C%20ADS-8237%2C%20ADS-8273%29" TargetMode="External"/><Relationship Id="rId12" Type="http://schemas.openxmlformats.org/officeDocument/2006/relationships/hyperlink" Target="https://adservio.atlassian.net/issues/?jql=issuekey%20in%20%28ADS-6694%29" TargetMode="External"/><Relationship Id="rId13" Type="http://schemas.openxmlformats.org/officeDocument/2006/relationships/hyperlink" Target="https://adservio.atlassian.net/browse/ADS-7884" TargetMode="External"/><Relationship Id="rId14" Type="http://schemas.openxmlformats.org/officeDocument/2006/relationships/hyperlink" Target="https://adservio.atlassian.net/browse/ADS-3527" TargetMode="External"/><Relationship Id="rId15" Type="http://schemas.openxmlformats.org/officeDocument/2006/relationships/hyperlink" Target="https://adservio.atlassian.net/browse/ADS-5651" TargetMode="External"/><Relationship Id="rId16" Type="http://schemas.openxmlformats.org/officeDocument/2006/relationships/hyperlink" Target="https://adservio.atlassian.net/browse/ADS-5808" TargetMode="External"/><Relationship Id="rId17" Type="http://schemas.openxmlformats.org/officeDocument/2006/relationships/hyperlink" Target="https://adservio.atlassian.net/browse/ADS-6694" TargetMode="External"/><Relationship Id="rId18" Type="http://schemas.openxmlformats.org/officeDocument/2006/relationships/hyperlink" Target="https://adservio.atlassian.net/browse/ADS-8068" TargetMode="External"/><Relationship Id="rId19" Type="http://schemas.openxmlformats.org/officeDocument/2006/relationships/hyperlink" Target="https://adservio.atlassian.net/browse/ADS-8237" TargetMode="External"/><Relationship Id="rId20" Type="http://schemas.openxmlformats.org/officeDocument/2006/relationships/hyperlink" Target="https://adservio.atlassian.net/browse/ADS-8273" TargetMode="External"/><Relationship Id="rId21" Type="http://schemas.openxmlformats.org/officeDocument/2006/relationships/hyperlink" Target="https://adservio.atlassian.net/issues/?jql=issuekey%20in%20%28ADS-3527%2C%20ADS-6694%2C%20ADS-8068%2C%20ADS-8273%29" TargetMode="External"/><Relationship Id="rId22" Type="http://schemas.openxmlformats.org/officeDocument/2006/relationships/hyperlink" Target="https://adservio.atlassian.net/issues/?jql=issuekey%20in%20%28ADS-5808%29" TargetMode="External"/><Relationship Id="rId23" Type="http://schemas.openxmlformats.org/officeDocument/2006/relationships/hyperlink" Target="https://adservio.atlassian.net/issues/?jql=issuekey%20in%20%28ADS-6694%2C%20ADS-7884%29" TargetMode="External"/><Relationship Id="rId24" Type="http://schemas.openxmlformats.org/officeDocument/2006/relationships/hyperlink" Target="issue_audit_register_Mobile_ADS_Q3_W29_-_20-24_Jul_2026-08-03.csv" TargetMode="External"/><Relationship Id="rId25" Type="http://schemas.openxmlformats.org/officeDocument/2006/relationships/hyperlink" Target="metric_lineage_Mobile_ADS_Q3_W29_-_20-24_Jul_2026-08-03.csv" TargetMode="External"/><Relationship Id="rId26" Type="http://schemas.openxmlformats.org/officeDocument/2006/relationships/hyperlink" Target="jql_traceability_register_Mobile_ADS_Q3_W29_-_20-24_Jul_2026-08-03.csv" TargetMode="External"/><Relationship Id="rId27" Type="http://schemas.openxmlformats.org/officeDocument/2006/relationships/hyperlink" Target="sprint_metrics_Mobile_ADS_Q3_W29_-_20-24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