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4 of 12 visible items, including 2 Stories, 1 Tasks, and 1 Bugs. Product movement was real, but the sprint was still noisy: 2 items entered after planning and 0 of them were closed. The main misses were concentrated in 8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 / 1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 / 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7 / 4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ADS-8441 — Refresh token mechanism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ADS-8467 — Notification refactor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ADS-8447 — Insights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ADS-8475 — [Noutăți] - Imposibil de accesat Chestionarul ''Ce fel de părinte ești?''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ADS-5808 — Bug — [MOB][Wellbeing] - Parintele nu poate vizualiza testele de autocunoastere pe mob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ADS-8477 — Improvement — [Mobile][Teme] - Filtru materii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ADS-8533 — Task — Logout methods helper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ADS-8541 — Bug — Class management day diary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C%20ADS-8533%2C%20ADS-8541%29" TargetMode="External"/><Relationship Id="rId10" Type="http://schemas.openxmlformats.org/officeDocument/2006/relationships/hyperlink" Target="https://adservio.atlassian.net/issues/?jql=issuekey%20in%20%28ADS-8441%2C%20ADS-8447%2C%20ADS-8467%2C%20ADS-8475%29" TargetMode="External"/><Relationship Id="rId11" Type="http://schemas.openxmlformats.org/officeDocument/2006/relationships/hyperlink" Target="https://adservio.atlassian.net/issues/?jql=issuekey%20in%20%28ADS-4419%2C%20ADS-5808%2C%20ADS-8297%2C%20ADS-8298%2C%20ADS-8378%2C%20ADS-8477%2C%20ADS-8533%2C%20ADS-8541%29" TargetMode="External"/><Relationship Id="rId12" Type="http://schemas.openxmlformats.org/officeDocument/2006/relationships/hyperlink" Target="https://adservio.atlassian.net/issues/?jql=issuekey%20in%20%28ADS-8297%2C%20ADS-8378%29" TargetMode="External"/><Relationship Id="rId13" Type="http://schemas.openxmlformats.org/officeDocument/2006/relationships/hyperlink" Target="https://adservio.atlassian.net/browse/ADS-8441" TargetMode="External"/><Relationship Id="rId14" Type="http://schemas.openxmlformats.org/officeDocument/2006/relationships/hyperlink" Target="https://adservio.atlassian.net/browse/ADS-8467" TargetMode="External"/><Relationship Id="rId15" Type="http://schemas.openxmlformats.org/officeDocument/2006/relationships/hyperlink" Target="https://adservio.atlassian.net/browse/ADS-8447" TargetMode="External"/><Relationship Id="rId16" Type="http://schemas.openxmlformats.org/officeDocument/2006/relationships/hyperlink" Target="https://adservio.atlassian.net/browse/ADS-8475" TargetMode="External"/><Relationship Id="rId17" Type="http://schemas.openxmlformats.org/officeDocument/2006/relationships/hyperlink" Target="https://adservio.atlassian.net/browse/ADS-4419" TargetMode="External"/><Relationship Id="rId18" Type="http://schemas.openxmlformats.org/officeDocument/2006/relationships/hyperlink" Target="https://adservio.atlassian.net/browse/ADS-5808" TargetMode="External"/><Relationship Id="rId19" Type="http://schemas.openxmlformats.org/officeDocument/2006/relationships/hyperlink" Target="https://adservio.atlassian.net/browse/ADS-8297" TargetMode="External"/><Relationship Id="rId20" Type="http://schemas.openxmlformats.org/officeDocument/2006/relationships/hyperlink" Target="https://adservio.atlassian.net/browse/ADS-8298" TargetMode="External"/><Relationship Id="rId21" Type="http://schemas.openxmlformats.org/officeDocument/2006/relationships/hyperlink" Target="https://adservio.atlassian.net/browse/ADS-8378" TargetMode="External"/><Relationship Id="rId22" Type="http://schemas.openxmlformats.org/officeDocument/2006/relationships/hyperlink" Target="https://adservio.atlassian.net/browse/ADS-8477" TargetMode="External"/><Relationship Id="rId23" Type="http://schemas.openxmlformats.org/officeDocument/2006/relationships/hyperlink" Target="https://adservio.atlassian.net/browse/ADS-8533" TargetMode="External"/><Relationship Id="rId24" Type="http://schemas.openxmlformats.org/officeDocument/2006/relationships/hyperlink" Target="https://adservio.atlassian.net/browse/ADS-8541" TargetMode="External"/><Relationship Id="rId25" Type="http://schemas.openxmlformats.org/officeDocument/2006/relationships/hyperlink" Target="https://adservio.atlassian.net/issues/?jql=issuekey%20in%20%28ADS-4419%2C%20ADS-8297%2C%20ADS-8378%29" TargetMode="External"/><Relationship Id="rId26" Type="http://schemas.openxmlformats.org/officeDocument/2006/relationships/hyperlink" Target="https://adservio.atlassian.net/issues/?jql=issuekey%20in%20%28ADS-5808%2C%20ADS-8298%2C%20ADS-8477%29" TargetMode="External"/><Relationship Id="rId27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9" TargetMode="External"/><Relationship Id="rId28" Type="http://schemas.openxmlformats.org/officeDocument/2006/relationships/hyperlink" Target="issue_audit_register_Mobile_ADS_Q3_W33_-_17-21_Aug_2026-09-01.csv" TargetMode="External"/><Relationship Id="rId29" Type="http://schemas.openxmlformats.org/officeDocument/2006/relationships/hyperlink" Target="metric_lineage_Mobile_ADS_Q3_W33_-_17-21_Aug_2026-09-01.csv" TargetMode="External"/><Relationship Id="rId30" Type="http://schemas.openxmlformats.org/officeDocument/2006/relationships/hyperlink" Target="jql_traceability_register_Mobile_ADS_Q3_W33_-_17-21_Aug_2026-09-01.csv" TargetMode="External"/><Relationship Id="rId31" Type="http://schemas.openxmlformats.org/officeDocument/2006/relationships/hyperlink" Target="sprint_metrics_Mobile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