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Green. The sprint closed 3 of 3 visible items, including 2 Stories, 0 Tasks, and 1 Bugs. Product movement was real, but the sprint was still noisy: 0 items entered after planning and all of them were closed. The main misses were concentrated in 0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 / 0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/ 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0 / 1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r>
              <w:t>0/1</w:t>
            </w:r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0">
              <w:r>
                <w:rPr>
                  <w:color w:val="0563C1"/>
                  <w:u w:val="single"/>
                </w:rPr>
                <w:t>ADS-8297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1">
              <w:r>
                <w:rPr>
                  <w:color w:val="0563C1"/>
                  <w:u w:val="single"/>
                </w:rPr>
                <w:t>ADS-8608 — App cold start implementation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ADS-8645 — [MOB] sincronizare an 2026-2027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0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97%2C%20ADS-8608%2C%20ADS-8645%29" TargetMode="External"/><Relationship Id="rId10" Type="http://schemas.openxmlformats.org/officeDocument/2006/relationships/hyperlink" Target="https://adservio.atlassian.net/browse/ADS-8297" TargetMode="External"/><Relationship Id="rId11" Type="http://schemas.openxmlformats.org/officeDocument/2006/relationships/hyperlink" Target="https://adservio.atlassian.net/browse/ADS-8608" TargetMode="External"/><Relationship Id="rId12" Type="http://schemas.openxmlformats.org/officeDocument/2006/relationships/hyperlink" Target="https://adservio.atlassian.net/browse/ADS-8645" TargetMode="External"/><Relationship Id="rId13" Type="http://schemas.openxmlformats.org/officeDocument/2006/relationships/hyperlink" Target="issue_audit_register_Mobile_ADS_Q3_W36_-_07-11_Sep_2026-10-05.csv" TargetMode="External"/><Relationship Id="rId14" Type="http://schemas.openxmlformats.org/officeDocument/2006/relationships/hyperlink" Target="metric_lineage_Mobile_ADS_Q3_W36_-_07-11_Sep_2026-10-05.csv" TargetMode="External"/><Relationship Id="rId15" Type="http://schemas.openxmlformats.org/officeDocument/2006/relationships/hyperlink" Target="jql_traceability_register_Mobile_ADS_Q3_W36_-_07-11_Sep_2026-10-05.csv" TargetMode="External"/><Relationship Id="rId16" Type="http://schemas.openxmlformats.org/officeDocument/2006/relationships/hyperlink" Target="sprint_metrics_Mobile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