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1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10 of 22 visible items, including 2 Stories, 1 Tasks, and 5 Bugs. Product movement was real, but the sprint was still noisy: 5 items entered after planning and 1 of them were closed. The main misses were concentrated in 12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22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10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12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1 / 5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17 / 5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6 / 16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3/3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ADS-6545 — [SDK] Implementare v1 layer comunicare native-web *post message bridge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ADS-8262 — [FE] Responsive conduită / listă elevi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ADS-8205 — [FE]: Modificari rute pentru Mobile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ADS-8224 — [FE] La editarea elevului, campul "rol" nu afiseaza optiuni in dropdown si impiedica salvarea modificarilor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ADS-8245 — [FE] Preferințe generale alignment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ADS-8257 — [BE] - Eroare 400 la debifare afisare in catalog a unui transfer intre clase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ADS-8269 — [Documente - Catalog] - De modificat fontul primei pagini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ADS-8282 — [Prod][AWS][legacy-web] Student profile save overflows adrCodPostal because postal length is not validated - 2 errors/72h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(12)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5184"/>
          </w:tcPr>
          <w:p>
            <w:r>
              <w:t>Late start / sequencing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ADS-8129 — Improvement — Sincronizare istoric elevi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ADS-8285 — Bug — [Medii] - Recalculare medii greșite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ADS-8306 — Bug — [FE] - Nefunctionalitate filtru "Elevi"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33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4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3 rows have Sprint Intent = Progress and remained open; they are treated as healthy continuation rather than finish misses.</w:t>
      </w:r>
    </w:p>
    <w:p>
      <w:r>
        <w:t>One Done row (ADS-8262 — Story — [FE] Responsive conduită / listă elevi) is still flagged as Partial completion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17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22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10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10/22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12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5/10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17 / 5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6 / 16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22/22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4/12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2/12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8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9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40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129%2C%20ADS-8205%2C%20ADS-8209%2C%20ADS-8224%2C%20ADS-8245%2C%20ADS-8257%2C%20ADS-8262%2C%20ADS-8269%2C%20ADS-8282%2C%20ADS-8285%2C%20ADS-8306%2C%20ADS-8308%2C%20ADS-8310%29" TargetMode="External"/><Relationship Id="rId10" Type="http://schemas.openxmlformats.org/officeDocument/2006/relationships/hyperlink" Target="https://adservio.atlassian.net/issues/?jql=issuekey%20in%20%28ADS-6545%2C%20ADS-6568%2C%20ADS-8205%2C%20ADS-8224%2C%20ADS-8245%2C%20ADS-8257%2C%20ADS-8262%2C%20ADS-8269%2C%20ADS-8282%2C%20ADS-8308%29" TargetMode="External"/><Relationship Id="rId11" Type="http://schemas.openxmlformats.org/officeDocument/2006/relationships/hyperlink" Target="https://adservio.atlassian.net/issues/?jql=issuekey%20in%20%28ADS-2590%2C%20ADS-3896%2C%20ADS-5784%2C%20ADS-7816%2C%20ADS-7907%2C%20ADS-8067%2C%20ADS-8105%2C%20ADS-8129%2C%20ADS-8209%2C%20ADS-8285%2C%20ADS-8306%2C%20ADS-8310%29" TargetMode="External"/><Relationship Id="rId12" Type="http://schemas.openxmlformats.org/officeDocument/2006/relationships/hyperlink" Target="https://adservio.atlassian.net/issues/?jql=issuekey%20in%20%28ADS-5784%2C%20ADS-7816%2C%20ADS-8067%29" TargetMode="External"/><Relationship Id="rId13" Type="http://schemas.openxmlformats.org/officeDocument/2006/relationships/hyperlink" Target="https://adservio.atlassian.net/browse/ADS-6545" TargetMode="External"/><Relationship Id="rId14" Type="http://schemas.openxmlformats.org/officeDocument/2006/relationships/hyperlink" Target="https://adservio.atlassian.net/browse/ADS-8262" TargetMode="External"/><Relationship Id="rId15" Type="http://schemas.openxmlformats.org/officeDocument/2006/relationships/hyperlink" Target="https://adservio.atlassian.net/browse/ADS-8205" TargetMode="External"/><Relationship Id="rId16" Type="http://schemas.openxmlformats.org/officeDocument/2006/relationships/hyperlink" Target="https://adservio.atlassian.net/browse/ADS-8224" TargetMode="External"/><Relationship Id="rId17" Type="http://schemas.openxmlformats.org/officeDocument/2006/relationships/hyperlink" Target="https://adservio.atlassian.net/browse/ADS-8245" TargetMode="External"/><Relationship Id="rId18" Type="http://schemas.openxmlformats.org/officeDocument/2006/relationships/hyperlink" Target="https://adservio.atlassian.net/browse/ADS-8257" TargetMode="External"/><Relationship Id="rId19" Type="http://schemas.openxmlformats.org/officeDocument/2006/relationships/hyperlink" Target="https://adservio.atlassian.net/browse/ADS-8269" TargetMode="External"/><Relationship Id="rId20" Type="http://schemas.openxmlformats.org/officeDocument/2006/relationships/hyperlink" Target="https://adservio.atlassian.net/browse/ADS-8282" TargetMode="External"/><Relationship Id="rId21" Type="http://schemas.openxmlformats.org/officeDocument/2006/relationships/hyperlink" Target="https://adservio.atlassian.net/browse/ADS-2590" TargetMode="External"/><Relationship Id="rId22" Type="http://schemas.openxmlformats.org/officeDocument/2006/relationships/hyperlink" Target="https://adservio.atlassian.net/browse/ADS-3896" TargetMode="External"/><Relationship Id="rId23" Type="http://schemas.openxmlformats.org/officeDocument/2006/relationships/hyperlink" Target="https://adservio.atlassian.net/browse/ADS-5784" TargetMode="External"/><Relationship Id="rId24" Type="http://schemas.openxmlformats.org/officeDocument/2006/relationships/hyperlink" Target="https://adservio.atlassian.net/browse/ADS-7816" TargetMode="External"/><Relationship Id="rId25" Type="http://schemas.openxmlformats.org/officeDocument/2006/relationships/hyperlink" Target="https://adservio.atlassian.net/browse/ADS-7907" TargetMode="External"/><Relationship Id="rId26" Type="http://schemas.openxmlformats.org/officeDocument/2006/relationships/hyperlink" Target="https://adservio.atlassian.net/browse/ADS-8067" TargetMode="External"/><Relationship Id="rId27" Type="http://schemas.openxmlformats.org/officeDocument/2006/relationships/hyperlink" Target="https://adservio.atlassian.net/browse/ADS-8105" TargetMode="External"/><Relationship Id="rId28" Type="http://schemas.openxmlformats.org/officeDocument/2006/relationships/hyperlink" Target="https://adservio.atlassian.net/browse/ADS-8129" TargetMode="External"/><Relationship Id="rId29" Type="http://schemas.openxmlformats.org/officeDocument/2006/relationships/hyperlink" Target="https://adservio.atlassian.net/browse/ADS-8209" TargetMode="External"/><Relationship Id="rId30" Type="http://schemas.openxmlformats.org/officeDocument/2006/relationships/hyperlink" Target="https://adservio.atlassian.net/browse/ADS-8285" TargetMode="External"/><Relationship Id="rId31" Type="http://schemas.openxmlformats.org/officeDocument/2006/relationships/hyperlink" Target="https://adservio.atlassian.net/browse/ADS-8306" TargetMode="External"/><Relationship Id="rId32" Type="http://schemas.openxmlformats.org/officeDocument/2006/relationships/hyperlink" Target="https://adservio.atlassian.net/browse/ADS-8310" TargetMode="External"/><Relationship Id="rId33" Type="http://schemas.openxmlformats.org/officeDocument/2006/relationships/hyperlink" Target="https://adservio.atlassian.net/issues/?jql=issuekey%20in%20%28ADS-2590%2C%20ADS-7816%2C%20ADS-7907%2C%20ADS-8105%29" TargetMode="External"/><Relationship Id="rId34" Type="http://schemas.openxmlformats.org/officeDocument/2006/relationships/hyperlink" Target="https://adservio.atlassian.net/issues/?jql=issuekey%20in%20%28ADS-3896%2C%20ADS-8209%29" TargetMode="External"/><Relationship Id="rId35" Type="http://schemas.openxmlformats.org/officeDocument/2006/relationships/hyperlink" Target="https://adservio.atlassian.net/issues/?jql=issuekey%20in%20%28ADS-2590%2C%20ADS-3896%2C%20ADS-5784%2C%20ADS-6545%2C%20ADS-6568%2C%20ADS-7816%2C%20ADS-7907%2C%20ADS-8067%2C%20ADS-8105%2C%20ADS-8205%2C%20ADS-8209%2C%20ADS-8224%2C%20ADS-8245%2C%20ADS-8257%2C%20ADS-8262%2C%20ADS-8269%2C%20ADS-8282%29" TargetMode="External"/><Relationship Id="rId36" Type="http://schemas.openxmlformats.org/officeDocument/2006/relationships/hyperlink" Target="https://adservio.atlassian.net/issues/?jql=issuekey%20in%20%28ADS-8129%2C%20ADS-8285%2C%20ADS-8306%2C%20ADS-8308%2C%20ADS-8310%29" TargetMode="External"/><Relationship Id="rId37" Type="http://schemas.openxmlformats.org/officeDocument/2006/relationships/hyperlink" Target="issue_audit_register_Team-1_ADS_Q3_W29_-_20-24_Jul_2026-08-03.csv" TargetMode="External"/><Relationship Id="rId38" Type="http://schemas.openxmlformats.org/officeDocument/2006/relationships/hyperlink" Target="metric_lineage_Team-1_ADS_Q3_W29_-_20-24_Jul_2026-08-03.csv" TargetMode="External"/><Relationship Id="rId39" Type="http://schemas.openxmlformats.org/officeDocument/2006/relationships/hyperlink" Target="jql_traceability_register_Team-1_ADS_Q3_W29_-_20-24_Jul_2026-08-03.csv" TargetMode="External"/><Relationship Id="rId40" Type="http://schemas.openxmlformats.org/officeDocument/2006/relationships/hyperlink" Target="sprint_metrics_Team-1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