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7 of 12 visible items, including 1 Stories, 2 Tasks, and 3 Bugs. Product movement was real, but the sprint was still noisy: 5 items entered after planning and 4 of them were closed. The main misses were concentrated in 5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5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2 / 3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7 / 5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 / 2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ADS-7816 — [SIIIR] - Import clase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ADS-8446 — Probleme identificate după lansarea structurii pe module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ADS-8493 — Post message for surveys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ADS-8429 — [FE] - cod de inregistrare in litere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ADS-8472 — [Acces cont] - Nu se poate accesa secțiunea Management clasă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ADS-8474 — [Documente] -  Indicatori gresiti ID 5809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816%2C%20ADS-8209%2C%20ADS-8366%2C%20ADS-8429%2C%20ADS-8446%2C%20ADS-8455%2C%20ADS-8457%2C%20ADS-8462%2C%20ADS-8472%2C%20ADS-8474%2C%20ADS-8493%29" TargetMode="External"/><Relationship Id="rId10" Type="http://schemas.openxmlformats.org/officeDocument/2006/relationships/hyperlink" Target="https://adservio.atlassian.net/issues/?jql=issuekey%20in%20%28ADS-7816%2C%20ADS-8429%2C%20ADS-8446%2C%20ADS-8457%2C%20ADS-8472%2C%20ADS-8474%2C%20ADS-8493%29" TargetMode="External"/><Relationship Id="rId11" Type="http://schemas.openxmlformats.org/officeDocument/2006/relationships/hyperlink" Target="https://adservio.atlassian.net/issues/?jql=issuekey%20in%20%28ADS-2590%2C%20ADS-8209%2C%20ADS-8366%2C%20ADS-8455%2C%20ADS-8462%29" TargetMode="External"/><Relationship Id="rId12" Type="http://schemas.openxmlformats.org/officeDocument/2006/relationships/hyperlink" Target="https://adservio.atlassian.net/browse/ADS-7816" TargetMode="External"/><Relationship Id="rId13" Type="http://schemas.openxmlformats.org/officeDocument/2006/relationships/hyperlink" Target="https://adservio.atlassian.net/browse/ADS-8446" TargetMode="External"/><Relationship Id="rId14" Type="http://schemas.openxmlformats.org/officeDocument/2006/relationships/hyperlink" Target="https://adservio.atlassian.net/browse/ADS-8493" TargetMode="External"/><Relationship Id="rId15" Type="http://schemas.openxmlformats.org/officeDocument/2006/relationships/hyperlink" Target="https://adservio.atlassian.net/browse/ADS-8429" TargetMode="External"/><Relationship Id="rId16" Type="http://schemas.openxmlformats.org/officeDocument/2006/relationships/hyperlink" Target="https://adservio.atlassian.net/browse/ADS-8472" TargetMode="External"/><Relationship Id="rId17" Type="http://schemas.openxmlformats.org/officeDocument/2006/relationships/hyperlink" Target="https://adservio.atlassian.net/browse/ADS-8474" TargetMode="External"/><Relationship Id="rId18" Type="http://schemas.openxmlformats.org/officeDocument/2006/relationships/hyperlink" Target="https://adservio.atlassian.net/browse/ADS-2590" TargetMode="External"/><Relationship Id="rId19" Type="http://schemas.openxmlformats.org/officeDocument/2006/relationships/hyperlink" Target="https://adservio.atlassian.net/browse/ADS-8209" TargetMode="External"/><Relationship Id="rId20" Type="http://schemas.openxmlformats.org/officeDocument/2006/relationships/hyperlink" Target="https://adservio.atlassian.net/browse/ADS-8366" TargetMode="External"/><Relationship Id="rId21" Type="http://schemas.openxmlformats.org/officeDocument/2006/relationships/hyperlink" Target="https://adservio.atlassian.net/browse/ADS-8455" TargetMode="External"/><Relationship Id="rId22" Type="http://schemas.openxmlformats.org/officeDocument/2006/relationships/hyperlink" Target="https://adservio.atlassian.net/browse/ADS-8462" TargetMode="External"/><Relationship Id="rId23" Type="http://schemas.openxmlformats.org/officeDocument/2006/relationships/hyperlink" Target="https://adservio.atlassian.net/issues/?jql=issuekey%20in%20%28ADS-8462%29" TargetMode="External"/><Relationship Id="rId24" Type="http://schemas.openxmlformats.org/officeDocument/2006/relationships/hyperlink" Target="https://adservio.atlassian.net/issues/?jql=issuekey%20in%20%28ADS-2590%2C%20ADS-8209%2C%20ADS-8366%2C%20ADS-8455%29" TargetMode="External"/><Relationship Id="rId25" Type="http://schemas.openxmlformats.org/officeDocument/2006/relationships/hyperlink" Target="https://adservio.atlassian.net/issues/?jql=issuekey%20in%20%28ADS-2590%2C%20ADS-7816%2C%20ADS-8168%2C%20ADS-8209%2C%20ADS-8366%2C%20ADS-8429%2C%20ADS-8436%2C%20ADS-8446%2C%20ADS-8455%2C%20ADS-8456%2C%20ADS-8457%2C%20ADS-8460%2C%20ADS-8462%29" TargetMode="External"/><Relationship Id="rId26" Type="http://schemas.openxmlformats.org/officeDocument/2006/relationships/hyperlink" Target="https://adservio.atlassian.net/issues/?jql=issuekey%20in%20%28ADS-2590%2C%20ADS-7816%2C%20ADS-8168%2C%20ADS-8209%2C%20ADS-8366%2C%20ADS-8429%2C%20ADS-8436%2C%20ADS-8446%2C%20ADS-8455%2C%20ADS-8456%2C%20ADS-8457%2C%20ADS-8460%2C%20ADS-8462%2C%20ADS-8472%2C%20ADS-8474%2C%20ADS-8493%29" TargetMode="External"/><Relationship Id="rId27" Type="http://schemas.openxmlformats.org/officeDocument/2006/relationships/hyperlink" Target="issue_audit_register_Team-1_ADS_Q3_W32_-_10-14_Aug_2026-08-17.csv" TargetMode="External"/><Relationship Id="rId28" Type="http://schemas.openxmlformats.org/officeDocument/2006/relationships/hyperlink" Target="metric_lineage_Team-1_ADS_Q3_W32_-_10-14_Aug_2026-08-17.csv" TargetMode="External"/><Relationship Id="rId29" Type="http://schemas.openxmlformats.org/officeDocument/2006/relationships/hyperlink" Target="jql_traceability_register_Team-1_ADS_Q3_W32_-_10-14_Aug_2026-08-17.csv" TargetMode="External"/><Relationship Id="rId30" Type="http://schemas.openxmlformats.org/officeDocument/2006/relationships/hyperlink" Target="sprint_metrics_Team-1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