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1 ADS Q3 W34 - 24-28 Aug</w:t>
      </w:r>
    </w:p>
    <w:p>
      <w:r>
        <w:rPr>
          <w:i/>
        </w:rPr>
        <w:t>Planned sprint ADS Q3 W34 - 24-28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14 of 30 visible items, including 2 Stories, 1 Tasks, and 9 Bugs. Product movement was real, but the sprint was still noisy: 12 items entered after planning and 6 of them were closed. The main misses were concentrated in 16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30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14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16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2 / 1 / 9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18 / 12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 / 16 / 3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(2)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ADS-7111 — Conturi parinti active/inactive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ADS-8105 — Impartirea pe module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Tasks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ADS-8516 — Routes calendar details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Bugs done (9)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ADS-7654 — Grades.php / AverageCalculator: POST /api/v2/grades accepts grade but skips average recomputation - 2 errors/24h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ADS-8324 — [BE] - Indicatori gresiti ID 5809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ADS-8455 — [AWS prod][Teacher school years] M_cadre omits pagination total after merge - 396 errors/6h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ADS-8474 — [Documente] -  Indicatori gresiti ID 5809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ADS-8508 — [Cont] - Nu se poate modifica genul și data nașterii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ADS-8511 — [BE] ordinea claselor la adaugare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ADS-8542 — [FE] Materiile nu au elevi asociati dupa copierea incadrarii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ADS-8571 — [FE] La copierea încadrării de anul trecut, nu sunt bifați elevii în mod automat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ADS-8582 — [FE] Nu se poate motiva o absenta atunci cand suntem pe tab-ul "toate"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ADS-7816 — Story — [SIIIR] - Import clase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ADS-8067 — Story — [Incadrare] Refactoring React &amp; API</w:t>
              </w:r>
            </w:hyperlink>
          </w:p>
        </w:tc>
        <w:tc>
          <w:tcPr>
            <w:tcW w:type="dxa" w:w="5184"/>
          </w:tcPr>
          <w:p>
            <w:r>
              <w:t>Under Estimated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ADS-8400 — Story — [Incadrare] - Imparte clasa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ADS-8462 — Task — [Localizare] Elemente netraduse în interfața English, grupate per rol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ADS-8510 — Bug — [FE] diferenta numar elevi in raportul "promovabilitae elevi"</w:t>
              </w:r>
            </w:hyperlink>
          </w:p>
        </w:tc>
        <w:tc>
          <w:tcPr>
            <w:tcW w:type="dxa" w:w="5184"/>
          </w:tcPr>
          <w:p>
            <w:r>
              <w:t>Priority Change</w:t>
            </w:r>
          </w:p>
        </w:tc>
      </w:tr>
      <w:tr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ADS-8569 — Task — [BE] transfer date comasare scoli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7">
              <w:r>
                <w:rPr>
                  <w:color w:val="0563C1"/>
                  <w:u w:val="single"/>
                </w:rPr>
                <w:t>ADS-8570 — Task — [FE] inactivare conturi in urma comasarii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8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ADS-8593 — Bug — [Prod][TUIASI][legacy-web] Admin edit reads missing suppressAdminEvent flag - 2 warnings/72h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41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hyperlink r:id="rId42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43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2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26</w:t>
            </w:r>
          </w:p>
        </w:tc>
        <w:tc>
          <w:tcPr>
            <w:tcW w:type="dxa" w:w="3456"/>
          </w:tcPr>
          <w:p>
            <w:hyperlink r:id="rId44">
              <w:r>
                <w:rPr>
                  <w:color w:val="0563C1"/>
                  <w:u w:val="single"/>
                </w:rPr>
                <w:t>26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38</w:t>
            </w:r>
          </w:p>
        </w:tc>
        <w:tc>
          <w:tcPr>
            <w:tcW w:type="dxa" w:w="3456"/>
          </w:tcPr>
          <w:p>
            <w:hyperlink r:id="rId45">
              <w:r>
                <w:rPr>
                  <w:color w:val="0563C1"/>
                  <w:u w:val="single"/>
                </w:rPr>
                <w:t>38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30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30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46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7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8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9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2590%2C%20ADS-7111%2C%20ADS-7654%2C%20ADS-7816%2C%20ADS-7818%2C%20ADS-7852%2C%20ADS-8067%2C%20ADS-8105%2C%20ADS-8209%2C%20ADS-8324%2C%20ADS-8366%2C%20ADS-8400%2C%20ADS-8455%2C%20ADS-8462%2C%20ADS-8474%2C%20ADS-8506%2C%20ADS-8508%2C%20ADS-8510%2C%20ADS-8511%2C%20ADS-8516%2C%20ADS-8542%2C%20ADS-8568%2C%20ADS-8569%2C%20ADS-8570%2C%20ADS-8571%2C%20ADS-8573%2C%20ADS-8580%2C%20ADS-8582%2C%20ADS-8593%2C%20ADS-8598%29" TargetMode="External"/><Relationship Id="rId10" Type="http://schemas.openxmlformats.org/officeDocument/2006/relationships/hyperlink" Target="https://adservio.atlassian.net/issues/?jql=issuekey%20in%20%28ADS-7111%2C%20ADS-7654%2C%20ADS-8105%2C%20ADS-8324%2C%20ADS-8455%2C%20ADS-8474%2C%20ADS-8508%2C%20ADS-8511%2C%20ADS-8516%2C%20ADS-8542%2C%20ADS-8568%2C%20ADS-8571%2C%20ADS-8573%2C%20ADS-8582%29" TargetMode="External"/><Relationship Id="rId11" Type="http://schemas.openxmlformats.org/officeDocument/2006/relationships/hyperlink" Target="https://adservio.atlassian.net/issues/?jql=issuekey%20in%20%28ADS-2590%2C%20ADS-7816%2C%20ADS-7818%2C%20ADS-7852%2C%20ADS-8067%2C%20ADS-8209%2C%20ADS-8366%2C%20ADS-8400%2C%20ADS-8462%2C%20ADS-8506%2C%20ADS-8510%2C%20ADS-8569%2C%20ADS-8570%2C%20ADS-8580%2C%20ADS-8593%2C%20ADS-8598%29" TargetMode="External"/><Relationship Id="rId12" Type="http://schemas.openxmlformats.org/officeDocument/2006/relationships/hyperlink" Target="https://adservio.atlassian.net/issues/?jql=issuekey%20in%20%28ADS-7818%2C%20ADS-8462%29" TargetMode="External"/><Relationship Id="rId13" Type="http://schemas.openxmlformats.org/officeDocument/2006/relationships/hyperlink" Target="https://adservio.atlassian.net/browse/ADS-7111" TargetMode="External"/><Relationship Id="rId14" Type="http://schemas.openxmlformats.org/officeDocument/2006/relationships/hyperlink" Target="https://adservio.atlassian.net/browse/ADS-8105" TargetMode="External"/><Relationship Id="rId15" Type="http://schemas.openxmlformats.org/officeDocument/2006/relationships/hyperlink" Target="https://adservio.atlassian.net/browse/ADS-8516" TargetMode="External"/><Relationship Id="rId16" Type="http://schemas.openxmlformats.org/officeDocument/2006/relationships/hyperlink" Target="https://adservio.atlassian.net/browse/ADS-7654" TargetMode="External"/><Relationship Id="rId17" Type="http://schemas.openxmlformats.org/officeDocument/2006/relationships/hyperlink" Target="https://adservio.atlassian.net/browse/ADS-8324" TargetMode="External"/><Relationship Id="rId18" Type="http://schemas.openxmlformats.org/officeDocument/2006/relationships/hyperlink" Target="https://adservio.atlassian.net/browse/ADS-8455" TargetMode="External"/><Relationship Id="rId19" Type="http://schemas.openxmlformats.org/officeDocument/2006/relationships/hyperlink" Target="https://adservio.atlassian.net/browse/ADS-8474" TargetMode="External"/><Relationship Id="rId20" Type="http://schemas.openxmlformats.org/officeDocument/2006/relationships/hyperlink" Target="https://adservio.atlassian.net/browse/ADS-8508" TargetMode="External"/><Relationship Id="rId21" Type="http://schemas.openxmlformats.org/officeDocument/2006/relationships/hyperlink" Target="https://adservio.atlassian.net/browse/ADS-8511" TargetMode="External"/><Relationship Id="rId22" Type="http://schemas.openxmlformats.org/officeDocument/2006/relationships/hyperlink" Target="https://adservio.atlassian.net/browse/ADS-8542" TargetMode="External"/><Relationship Id="rId23" Type="http://schemas.openxmlformats.org/officeDocument/2006/relationships/hyperlink" Target="https://adservio.atlassian.net/browse/ADS-8571" TargetMode="External"/><Relationship Id="rId24" Type="http://schemas.openxmlformats.org/officeDocument/2006/relationships/hyperlink" Target="https://adservio.atlassian.net/browse/ADS-8582" TargetMode="External"/><Relationship Id="rId25" Type="http://schemas.openxmlformats.org/officeDocument/2006/relationships/hyperlink" Target="https://adservio.atlassian.net/browse/ADS-2590" TargetMode="External"/><Relationship Id="rId26" Type="http://schemas.openxmlformats.org/officeDocument/2006/relationships/hyperlink" Target="https://adservio.atlassian.net/browse/ADS-7816" TargetMode="External"/><Relationship Id="rId27" Type="http://schemas.openxmlformats.org/officeDocument/2006/relationships/hyperlink" Target="https://adservio.atlassian.net/browse/ADS-7818" TargetMode="External"/><Relationship Id="rId28" Type="http://schemas.openxmlformats.org/officeDocument/2006/relationships/hyperlink" Target="https://adservio.atlassian.net/browse/ADS-7852" TargetMode="External"/><Relationship Id="rId29" Type="http://schemas.openxmlformats.org/officeDocument/2006/relationships/hyperlink" Target="https://adservio.atlassian.net/browse/ADS-8067" TargetMode="External"/><Relationship Id="rId30" Type="http://schemas.openxmlformats.org/officeDocument/2006/relationships/hyperlink" Target="https://adservio.atlassian.net/browse/ADS-8209" TargetMode="External"/><Relationship Id="rId31" Type="http://schemas.openxmlformats.org/officeDocument/2006/relationships/hyperlink" Target="https://adservio.atlassian.net/browse/ADS-8366" TargetMode="External"/><Relationship Id="rId32" Type="http://schemas.openxmlformats.org/officeDocument/2006/relationships/hyperlink" Target="https://adservio.atlassian.net/browse/ADS-8400" TargetMode="External"/><Relationship Id="rId33" Type="http://schemas.openxmlformats.org/officeDocument/2006/relationships/hyperlink" Target="https://adservio.atlassian.net/browse/ADS-8462" TargetMode="External"/><Relationship Id="rId34" Type="http://schemas.openxmlformats.org/officeDocument/2006/relationships/hyperlink" Target="https://adservio.atlassian.net/browse/ADS-8506" TargetMode="External"/><Relationship Id="rId35" Type="http://schemas.openxmlformats.org/officeDocument/2006/relationships/hyperlink" Target="https://adservio.atlassian.net/browse/ADS-8510" TargetMode="External"/><Relationship Id="rId36" Type="http://schemas.openxmlformats.org/officeDocument/2006/relationships/hyperlink" Target="https://adservio.atlassian.net/browse/ADS-8569" TargetMode="External"/><Relationship Id="rId37" Type="http://schemas.openxmlformats.org/officeDocument/2006/relationships/hyperlink" Target="https://adservio.atlassian.net/browse/ADS-8570" TargetMode="External"/><Relationship Id="rId38" Type="http://schemas.openxmlformats.org/officeDocument/2006/relationships/hyperlink" Target="https://adservio.atlassian.net/browse/ADS-8580" TargetMode="External"/><Relationship Id="rId39" Type="http://schemas.openxmlformats.org/officeDocument/2006/relationships/hyperlink" Target="https://adservio.atlassian.net/browse/ADS-8593" TargetMode="External"/><Relationship Id="rId40" Type="http://schemas.openxmlformats.org/officeDocument/2006/relationships/hyperlink" Target="https://adservio.atlassian.net/browse/ADS-8598" TargetMode="External"/><Relationship Id="rId41" Type="http://schemas.openxmlformats.org/officeDocument/2006/relationships/hyperlink" Target="https://adservio.atlassian.net/issues/?jql=issuekey%20in%20%28ADS-7816%2C%20ADS-7818%2C%20ADS-8462%29" TargetMode="External"/><Relationship Id="rId42" Type="http://schemas.openxmlformats.org/officeDocument/2006/relationships/hyperlink" Target="https://adservio.atlassian.net/issues/?jql=issuekey%20in%20%28ADS-7852%29" TargetMode="External"/><Relationship Id="rId43" Type="http://schemas.openxmlformats.org/officeDocument/2006/relationships/hyperlink" Target="https://adservio.atlassian.net/issues/?jql=issuekey%20in%20%28ADS-2590%2C%20ADS-8209%2C%20ADS-8366%2C%20ADS-8506%29" TargetMode="External"/><Relationship Id="rId44" Type="http://schemas.openxmlformats.org/officeDocument/2006/relationships/hyperlink" Target="https://adservio.atlassian.net/issues/?jql=issuekey%20in%20%28ADS-2590%2C%20ADS-7111%2C%20ADS-7654%2C%20ADS-7816%2C%20ADS-7818%2C%20ADS-7852%2C%20ADS-8067%2C%20ADS-8209%2C%20ADS-8366%2C%20ADS-8455%2C%20ADS-8456%2C%20ADS-8460%2C%20ADS-8462%2C%20ADS-8474%2C%20ADS-8488%2C%20ADS-8506%2C%20ADS-8510%2C%20ADS-8512%2C%20ADS-8516%2C%20ADS-8524%2C%20ADS-8528%2C%20ADS-8542%2C%20ADS-8549%2C%20ADS-8551%2C%20ADS-8568%2C%20ADS-8573%29" TargetMode="External"/><Relationship Id="rId45" Type="http://schemas.openxmlformats.org/officeDocument/2006/relationships/hyperlink" Target="https://adservio.atlassian.net/issues/?jql=issuekey%20in%20%28ADS-2590%2C%20ADS-7111%2C%20ADS-7654%2C%20ADS-7816%2C%20ADS-7818%2C%20ADS-7852%2C%20ADS-8067%2C%20ADS-8105%2C%20ADS-8209%2C%20ADS-8324%2C%20ADS-8366%2C%20ADS-8400%2C%20ADS-8455%2C%20ADS-8456%2C%20ADS-8460%2C%20ADS-8462%2C%20ADS-8474%2C%20ADS-8488%2C%20ADS-8506%2C%20ADS-8508%2C%20ADS-8510%2C%20ADS-8511%2C%20ADS-8512%2C%20ADS-8516%2C%20ADS-8524%2C%20ADS-8542%2C%20ADS-8549%2C%20ADS-8551%2C%20ADS-8568%2C%20ADS-8569%2C%20ADS-8570%2C%20ADS-8571%2C%20ADS-8573%2C%20ADS-8580%2C%20ADS-8582%2C%20ADS-8591%2C%20ADS-8593%2C%20ADS-8598%29" TargetMode="External"/><Relationship Id="rId46" Type="http://schemas.openxmlformats.org/officeDocument/2006/relationships/hyperlink" Target="issue_audit_register_Team-1_ADS_Q3_W34_-_24-28_Aug_2026-09-01.csv" TargetMode="External"/><Relationship Id="rId47" Type="http://schemas.openxmlformats.org/officeDocument/2006/relationships/hyperlink" Target="metric_lineage_Team-1_ADS_Q3_W34_-_24-28_Aug_2026-09-01.csv" TargetMode="External"/><Relationship Id="rId48" Type="http://schemas.openxmlformats.org/officeDocument/2006/relationships/hyperlink" Target="jql_traceability_register_Team-1_ADS_Q3_W34_-_24-28_Aug_2026-09-01.csv" TargetMode="External"/><Relationship Id="rId49" Type="http://schemas.openxmlformats.org/officeDocument/2006/relationships/hyperlink" Target="sprint_metrics_Team-1_ADS_Q3_W34_-_24-28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