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Team 1 ADS Q3 W37 - 14-18 Sep</w:t>
      </w:r>
    </w:p>
    <w:p>
      <w:r>
        <w:rPr>
          <w:i/>
        </w:rPr>
        <w:t>Planned sprint ADS Q3 W37 - 14-18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15 of 34 visible items, including 1 Stories, 5 Tasks, and 8 Bugs. Product movement was real, but the sprint was still noisy: 18 items entered after planning and 11 of them were closed. The main misses were concentrated in 19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34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19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5 / 8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16 / 18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13 / 20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ADS-7818 — [SIIIR] - Import elevi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ADS-8486 — [Catalog] - Import note din VIVA (verificare format și date necesare)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ADS-8695 — [BE]: Adaugare nota tip corigenta pe Maarif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ADS-8755 — Stergerea bazei de date cu elevii incarcati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ADS-8791 — [BE] stergere module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ADS-8795 — nu se primesc codurile de inregistrare/ mail de confirmare pe adresa de e-mail domeniu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(8)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ADS-8724 — [FE/BE] Modal detalii elev ani trecuți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ADS-8742 — [FE] catalogul descarcat din arhiva nu contine numele/prenumele/nr telefon al parintilor la date personale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ADS-8750 — [Prod] service-fetgenerator crashes on unhandled TypeError when fet-cl reports a data validation error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ADS-8754 — [FE] intarziere la selectarea coordonatorului clasei si pierderea datelor completate la refresh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ADS-8784 — [FE] pentru un elev transferat, nu se gaseste transferul in modulul "transferuri"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ADS-8789 — [FE] eroare 400 la completare formular contact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ADS-8797 — [FE] - Image Cropper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ADS-8799 — [FE] selectarea altui elev din catalog nu actualizeaza pagina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ADS-2590 — Bug — [Students] - Trebuie inlocuit articolul de la model import automat-date de completare si sa se deschida articolul din manualul de utilizare daca de da click pe linkul respectiv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ADS-3757 — Story — [Site] - Actualizare website Adservio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ADS-7803 — Task — [FE/BE/MOB/UNI] - Titulatura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ADS-7817 — Story — [SIIIR] - Import cadre didactice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ADS-7852 — Task — [BE]: Dezactivare actiuni noteaza (si bulk) daca media anuala si/sau media semestriala este incheiata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ADS-8569 — Task — [BE] transfer date comasare scoli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ADS-8570 — Task — [FE] inactivare conturi in urma comasarii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ADS-8580 — Task — Recuperare date sterse elev ID 775987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ADS-8598 — Task — [BE] aflare cine l-a sters pe elev ID 2372338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6">
              <w:r>
                <w:rPr>
                  <w:color w:val="0563C1"/>
                  <w:u w:val="single"/>
                </w:rPr>
                <w:t>ADS-8713 — Bug — [FE] cod de inregistrare invalid la accesarea linkului din email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7">
              <w:r>
                <w:rPr>
                  <w:color w:val="0563C1"/>
                  <w:u w:val="single"/>
                </w:rPr>
                <w:t>ADS-8721 — Bug — [FE] Butonul de semnare a condicii de prezenta nu e afisat pentru rolul de contabil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8">
              <w:r>
                <w:rPr>
                  <w:color w:val="0563C1"/>
                  <w:u w:val="single"/>
                </w:rPr>
                <w:t>ADS-8723 — Improvement — Posibilitate generare orar atunci cand exista 2 profesori principali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9">
              <w:r>
                <w:rPr>
                  <w:color w:val="0563C1"/>
                  <w:u w:val="single"/>
                </w:rPr>
                <w:t>ADS-8758 — Task — de mutat elevii de clasa aVIII de pe scoala ID 6179  pe ID 6254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40">
              <w:r>
                <w:rPr>
                  <w:color w:val="0563C1"/>
                  <w:u w:val="single"/>
                </w:rPr>
                <w:t>ADS-8760 — Task — [FE]: Schimbari pe Suprascrieri si transferuri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ADS-8766 — Bug — [Prod][AWS][legacy-web] Bulk class creation returns 500 when generated class name exceeds storage limit - 35 failures/72h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ADS-8785 — Bug — [Prod][AWS][Auth] Password recovery silently skips missing parent profile - 28 requests/72h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ADS-8792 — Task — Stergere elevi dublati la sincronizarea cu SIIR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ADS-8802 — Bug — [FE] ordine absente gresita pentru elevii de gradinita- 2024-2025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45">
              <w:r>
                <w:rPr>
                  <w:color w:val="0563C1"/>
                  <w:u w:val="single"/>
                </w:rPr>
                <w:t>ADS-8806 — Improvement — [SIIIR] Improvments &amp; bugs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46">
              <w:r>
                <w:rPr>
                  <w:color w:val="0563C1"/>
                  <w:u w:val="single"/>
                </w:rPr>
                <w:t>9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47">
              <w:r>
                <w:rPr>
                  <w:color w:val="0563C1"/>
                  <w:u w:val="single"/>
                </w:rPr>
                <w:t>5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1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26</w:t>
            </w:r>
          </w:p>
        </w:tc>
        <w:tc>
          <w:tcPr>
            <w:tcW w:type="dxa" w:w="3456"/>
          </w:tcPr>
          <w:p>
            <w:hyperlink r:id="rId48">
              <w:r>
                <w:rPr>
                  <w:color w:val="0563C1"/>
                  <w:u w:val="single"/>
                </w:rPr>
                <w:t>26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39</w:t>
            </w:r>
          </w:p>
        </w:tc>
        <w:tc>
          <w:tcPr>
            <w:tcW w:type="dxa" w:w="3456"/>
          </w:tcPr>
          <w:p>
            <w:hyperlink r:id="rId49">
              <w:r>
                <w:rPr>
                  <w:color w:val="0563C1"/>
                  <w:u w:val="single"/>
                </w:rPr>
                <w:t>39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34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50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51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52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53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2590%2C%20ADS-3757%2C%20ADS-7803%2C%20ADS-7817%2C%20ADS-7818%2C%20ADS-7852%2C%20ADS-8486%2C%20ADS-8569%2C%20ADS-8570%2C%20ADS-8580%2C%20ADS-8598%2C%20ADS-8695%2C%20ADS-8713%2C%20ADS-8721%2C%20ADS-8723%2C%20ADS-8724%2C%20ADS-8742%2C%20ADS-8746%2C%20ADS-8750%2C%20ADS-8754%2C%20ADS-8755%2C%20ADS-8758%2C%20ADS-8760%2C%20ADS-8766%2C%20ADS-8784%2C%20ADS-8785%2C%20ADS-8789%2C%20ADS-8791%2C%20ADS-8792%2C%20ADS-8795%2C%20ADS-8797%2C%20ADS-8799%2C%20ADS-8802%2C%20ADS-8806%29" TargetMode="External"/><Relationship Id="rId10" Type="http://schemas.openxmlformats.org/officeDocument/2006/relationships/hyperlink" Target="https://adservio.atlassian.net/issues/?jql=issuekey%20in%20%28ADS-7818%2C%20ADS-8486%2C%20ADS-8695%2C%20ADS-8724%2C%20ADS-8742%2C%20ADS-8746%2C%20ADS-8750%2C%20ADS-8754%2C%20ADS-8755%2C%20ADS-8784%2C%20ADS-8789%2C%20ADS-8791%2C%20ADS-8795%2C%20ADS-8797%2C%20ADS-8799%29" TargetMode="External"/><Relationship Id="rId11" Type="http://schemas.openxmlformats.org/officeDocument/2006/relationships/hyperlink" Target="https://adservio.atlassian.net/issues/?jql=issuekey%20in%20%28ADS-2590%2C%20ADS-3757%2C%20ADS-7803%2C%20ADS-7817%2C%20ADS-7852%2C%20ADS-8569%2C%20ADS-8570%2C%20ADS-8580%2C%20ADS-8598%2C%20ADS-8713%2C%20ADS-8721%2C%20ADS-8723%2C%20ADS-8758%2C%20ADS-8760%2C%20ADS-8766%2C%20ADS-8785%2C%20ADS-8792%2C%20ADS-8802%2C%20ADS-8806%29" TargetMode="External"/><Relationship Id="rId12" Type="http://schemas.openxmlformats.org/officeDocument/2006/relationships/hyperlink" Target="https://adservio.atlassian.net/issues/?jql=issuekey%20in%20%28ADS-7803%29" TargetMode="External"/><Relationship Id="rId13" Type="http://schemas.openxmlformats.org/officeDocument/2006/relationships/hyperlink" Target="https://adservio.atlassian.net/browse/ADS-7818" TargetMode="External"/><Relationship Id="rId14" Type="http://schemas.openxmlformats.org/officeDocument/2006/relationships/hyperlink" Target="https://adservio.atlassian.net/browse/ADS-8486" TargetMode="External"/><Relationship Id="rId15" Type="http://schemas.openxmlformats.org/officeDocument/2006/relationships/hyperlink" Target="https://adservio.atlassian.net/browse/ADS-8695" TargetMode="External"/><Relationship Id="rId16" Type="http://schemas.openxmlformats.org/officeDocument/2006/relationships/hyperlink" Target="https://adservio.atlassian.net/browse/ADS-8755" TargetMode="External"/><Relationship Id="rId17" Type="http://schemas.openxmlformats.org/officeDocument/2006/relationships/hyperlink" Target="https://adservio.atlassian.net/browse/ADS-8791" TargetMode="External"/><Relationship Id="rId18" Type="http://schemas.openxmlformats.org/officeDocument/2006/relationships/hyperlink" Target="https://adservio.atlassian.net/browse/ADS-8795" TargetMode="External"/><Relationship Id="rId19" Type="http://schemas.openxmlformats.org/officeDocument/2006/relationships/hyperlink" Target="https://adservio.atlassian.net/browse/ADS-8724" TargetMode="External"/><Relationship Id="rId20" Type="http://schemas.openxmlformats.org/officeDocument/2006/relationships/hyperlink" Target="https://adservio.atlassian.net/browse/ADS-8742" TargetMode="External"/><Relationship Id="rId21" Type="http://schemas.openxmlformats.org/officeDocument/2006/relationships/hyperlink" Target="https://adservio.atlassian.net/browse/ADS-8750" TargetMode="External"/><Relationship Id="rId22" Type="http://schemas.openxmlformats.org/officeDocument/2006/relationships/hyperlink" Target="https://adservio.atlassian.net/browse/ADS-8754" TargetMode="External"/><Relationship Id="rId23" Type="http://schemas.openxmlformats.org/officeDocument/2006/relationships/hyperlink" Target="https://adservio.atlassian.net/browse/ADS-8784" TargetMode="External"/><Relationship Id="rId24" Type="http://schemas.openxmlformats.org/officeDocument/2006/relationships/hyperlink" Target="https://adservio.atlassian.net/browse/ADS-8789" TargetMode="External"/><Relationship Id="rId25" Type="http://schemas.openxmlformats.org/officeDocument/2006/relationships/hyperlink" Target="https://adservio.atlassian.net/browse/ADS-8797" TargetMode="External"/><Relationship Id="rId26" Type="http://schemas.openxmlformats.org/officeDocument/2006/relationships/hyperlink" Target="https://adservio.atlassian.net/browse/ADS-8799" TargetMode="External"/><Relationship Id="rId27" Type="http://schemas.openxmlformats.org/officeDocument/2006/relationships/hyperlink" Target="https://adservio.atlassian.net/browse/ADS-2590" TargetMode="External"/><Relationship Id="rId28" Type="http://schemas.openxmlformats.org/officeDocument/2006/relationships/hyperlink" Target="https://adservio.atlassian.net/browse/ADS-3757" TargetMode="External"/><Relationship Id="rId29" Type="http://schemas.openxmlformats.org/officeDocument/2006/relationships/hyperlink" Target="https://adservio.atlassian.net/browse/ADS-7803" TargetMode="External"/><Relationship Id="rId30" Type="http://schemas.openxmlformats.org/officeDocument/2006/relationships/hyperlink" Target="https://adservio.atlassian.net/browse/ADS-7817" TargetMode="External"/><Relationship Id="rId31" Type="http://schemas.openxmlformats.org/officeDocument/2006/relationships/hyperlink" Target="https://adservio.atlassian.net/browse/ADS-7852" TargetMode="External"/><Relationship Id="rId32" Type="http://schemas.openxmlformats.org/officeDocument/2006/relationships/hyperlink" Target="https://adservio.atlassian.net/browse/ADS-8569" TargetMode="External"/><Relationship Id="rId33" Type="http://schemas.openxmlformats.org/officeDocument/2006/relationships/hyperlink" Target="https://adservio.atlassian.net/browse/ADS-8570" TargetMode="External"/><Relationship Id="rId34" Type="http://schemas.openxmlformats.org/officeDocument/2006/relationships/hyperlink" Target="https://adservio.atlassian.net/browse/ADS-8580" TargetMode="External"/><Relationship Id="rId35" Type="http://schemas.openxmlformats.org/officeDocument/2006/relationships/hyperlink" Target="https://adservio.atlassian.net/browse/ADS-8598" TargetMode="External"/><Relationship Id="rId36" Type="http://schemas.openxmlformats.org/officeDocument/2006/relationships/hyperlink" Target="https://adservio.atlassian.net/browse/ADS-8713" TargetMode="External"/><Relationship Id="rId37" Type="http://schemas.openxmlformats.org/officeDocument/2006/relationships/hyperlink" Target="https://adservio.atlassian.net/browse/ADS-8721" TargetMode="External"/><Relationship Id="rId38" Type="http://schemas.openxmlformats.org/officeDocument/2006/relationships/hyperlink" Target="https://adservio.atlassian.net/browse/ADS-8723" TargetMode="External"/><Relationship Id="rId39" Type="http://schemas.openxmlformats.org/officeDocument/2006/relationships/hyperlink" Target="https://adservio.atlassian.net/browse/ADS-8758" TargetMode="External"/><Relationship Id="rId40" Type="http://schemas.openxmlformats.org/officeDocument/2006/relationships/hyperlink" Target="https://adservio.atlassian.net/browse/ADS-8760" TargetMode="External"/><Relationship Id="rId41" Type="http://schemas.openxmlformats.org/officeDocument/2006/relationships/hyperlink" Target="https://adservio.atlassian.net/browse/ADS-8766" TargetMode="External"/><Relationship Id="rId42" Type="http://schemas.openxmlformats.org/officeDocument/2006/relationships/hyperlink" Target="https://adservio.atlassian.net/browse/ADS-8785" TargetMode="External"/><Relationship Id="rId43" Type="http://schemas.openxmlformats.org/officeDocument/2006/relationships/hyperlink" Target="https://adservio.atlassian.net/browse/ADS-8792" TargetMode="External"/><Relationship Id="rId44" Type="http://schemas.openxmlformats.org/officeDocument/2006/relationships/hyperlink" Target="https://adservio.atlassian.net/browse/ADS-8802" TargetMode="External"/><Relationship Id="rId45" Type="http://schemas.openxmlformats.org/officeDocument/2006/relationships/hyperlink" Target="https://adservio.atlassian.net/browse/ADS-8806" TargetMode="External"/><Relationship Id="rId46" Type="http://schemas.openxmlformats.org/officeDocument/2006/relationships/hyperlink" Target="https://adservio.atlassian.net/issues/?jql=issuekey%20in%20%28ADS-7803%2C%20ADS-7817%2C%20ADS-7852%2C%20ADS-8569%2C%20ADS-8570%2C%20ADS-8580%2C%20ADS-8598%2C%20ADS-8723%2C%20ADS-8758%29" TargetMode="External"/><Relationship Id="rId47" Type="http://schemas.openxmlformats.org/officeDocument/2006/relationships/hyperlink" Target="https://adservio.atlassian.net/issues/?jql=issuekey%20in%20%28ADS-2590%2C%20ADS-8713%2C%20ADS-8721%2C%20ADS-8760%2C%20ADS-8766%29" TargetMode="External"/><Relationship Id="rId48" Type="http://schemas.openxmlformats.org/officeDocument/2006/relationships/hyperlink" Target="https://adservio.atlassian.net/issues/?jql=issuekey%20in%20%28ADS-2590%2C%20ADS-7803%2C%20ADS-7817%2C%20ADS-7818%2C%20ADS-7852%2C%20ADS-8462%2C%20ADS-8486%2C%20ADS-8569%2C%20ADS-8570%2C%20ADS-8580%2C%20ADS-8598%2C%20ADS-8640%2C%20ADS-8661%2C%20ADS-8663%2C%20ADS-8686%2C%20ADS-8695%2C%20ADS-8713%2C%20ADS-8721%2C%20ADS-8723%2C%20ADS-8742%2C%20ADS-8746%2C%20ADS-8754%2C%20ADS-8755%2C%20ADS-8758%2C%20ADS-8760%2C%20ADS-8766%29" TargetMode="External"/><Relationship Id="rId49" Type="http://schemas.openxmlformats.org/officeDocument/2006/relationships/hyperlink" Target="https://adservio.atlassian.net/issues/?jql=issuekey%20in%20%28ADS-2590%2C%20ADS-3757%2C%20ADS-7803%2C%20ADS-7817%2C%20ADS-7818%2C%20ADS-7852%2C%20ADS-8462%2C%20ADS-8486%2C%20ADS-8569%2C%20ADS-8570%2C%20ADS-8580%2C%20ADS-8598%2C%20ADS-8640%2C%20ADS-8661%2C%20ADS-8663%2C%20ADS-8686%2C%20ADS-8695%2C%20ADS-8713%2C%20ADS-8721%2C%20ADS-8723%2C%20ADS-8724%2C%20ADS-8742%2C%20ADS-8746%2C%20ADS-8750%2C%20ADS-8754%2C%20ADS-8755%2C%20ADS-8758%2C%20ADS-8760%2C%20ADS-8766%2C%20ADS-8784%2C%20ADS-8785%2C%20ADS-8789%2C%20ADS-8791%2C%20ADS-8792%2C%20ADS-8795%2C%20ADS-8797%2C%20ADS-8799%2C%20ADS-8802%2C%20ADS-8806%29" TargetMode="External"/><Relationship Id="rId50" Type="http://schemas.openxmlformats.org/officeDocument/2006/relationships/hyperlink" Target="issue_audit_register_Team-1_ADS_Q3_W37_-_14-18_Sep_2026-10-05.csv" TargetMode="External"/><Relationship Id="rId51" Type="http://schemas.openxmlformats.org/officeDocument/2006/relationships/hyperlink" Target="metric_lineage_Team-1_ADS_Q3_W37_-_14-18_Sep_2026-10-05.csv" TargetMode="External"/><Relationship Id="rId52" Type="http://schemas.openxmlformats.org/officeDocument/2006/relationships/hyperlink" Target="jql_traceability_register_Team-1_ADS_Q3_W37_-_14-18_Sep_2026-10-05.csv" TargetMode="External"/><Relationship Id="rId53" Type="http://schemas.openxmlformats.org/officeDocument/2006/relationships/hyperlink" Target="sprint_metrics_Team-1_ADS_Q3_W37_-_14-18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