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17 of 33 visible items, including 0 Stories, 10 Tasks, and 5 Bugs. Product movement was real, but the sprint was still noisy: 20 items entered after planning and 11 of them were closed. The main misses were concentrated in 16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33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17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16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10 / 5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13 / 20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16 / 16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3/4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ADS-7852 — [BE]: Dezactivare actiuni noteaza (si bulk) daca media anuala si/sau media semestriala este incheiata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ADS-8356 — [Elev][Parinte] - Banner - Web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ADS-8569 — [BE] transfer date comasare scoli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ADS-8570 — [FE] inactivare conturi in urma comasarii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ADS-8583 — [Clasa][Materie] - Sortare Medie anuala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ADS-8758 — de mutat elevii de clasa aVIII de pe scoala ID 6179  pe ID 6254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ADS-8792 — Stergere elevi dublati la sincronizarea cu SIIR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ADS-8877 — Stergere parinti dublati la sincronizarea cu SIIR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ADS-8904 — fixare sistem de notare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ADS-8943 — [FE]: UI Improvements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ADS-8713 — [FE] cod de inregistrare invalid la accesarea linkului din email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ADS-8721 — [FE] Butonul de semnare a condicii de prezenta nu e afisat pentru rolul de contabil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ADS-8802 — [FE] ordine absente gresita pentru elevii de gradinita- 2024-2025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ADS-8861 — [Prod][AWS][Web] Allocation deletion returns HTTP 500 while timetable activities reference the CMC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ADS-8937 — [Prod][BE][GetResponse] events worker crashloops on null liceuID, queue blocked at 75k messages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ADS-3757 — Story — [Site] - Actualizare website Adservio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ADS-7803 — Task — [FE/BE/MOB/UNI] - Titulatura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ADS-7817 — Story — [SIIIR] - Import cadre didactice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ADS-8567 — Story — NOMENCLATOR - Refactor structura clasa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ADS-8760 — Task — [FE]: Schimbari pe Suprascrieri si transferuri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ADS-8785 — Bug — [Prod][AWS][Auth] Password recovery silently skips missing parent profile - 28 requests/72h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ADS-8841 — Bug — [FE] Clase lipsa din statisticile de promovabilitate pentru anul scolar 2025-2026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ADS-8880 — Task — Adaugare rol "parinte"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ADS-8889 — Bug — Ora afisata incorect in istoricul notei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ADS-8895 — Bug — [Prod][AWS][Auth] Apple SSO fails when JWKS endpoint transiently returns 404 - 126 requests/72h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ADS-8919 — Bug — [MOB] la stergerea unui cont, utilizatorul ramane logat in aplicatie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ADS-8933 — Bug — [FE] Numele si prenumele parintelui nu se salveaza la unificarea contului cu cod de inregistrare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ADS-8964 — Bug — [Prod][AWS][Web] Absence save returns 500 when annual-average upsert deadlocks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44">
              <w:r>
                <w:rPr>
                  <w:color w:val="0563C1"/>
                  <w:u w:val="single"/>
                </w:rPr>
                <w:t>9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45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46">
              <w:r>
                <w:rPr>
                  <w:color w:val="0563C1"/>
                  <w:u w:val="single"/>
                </w:rPr>
                <w:t>26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39</w:t>
            </w:r>
          </w:p>
        </w:tc>
        <w:tc>
          <w:tcPr>
            <w:tcW w:type="dxa" w:w="3456"/>
          </w:tcPr>
          <w:p>
            <w:hyperlink r:id="rId47">
              <w:r>
                <w:rPr>
                  <w:color w:val="0563C1"/>
                  <w:u w:val="single"/>
                </w:rPr>
                <w:t>39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8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9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50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51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3757%2C%20ADS-7803%2C%20ADS-7817%2C%20ADS-7852%2C%20ADS-8356%2C%20ADS-8567%2C%20ADS-8569%2C%20ADS-8570%2C%20ADS-8580%2C%20ADS-8583%2C%20ADS-8598%2C%20ADS-8713%2C%20ADS-8721%2C%20ADS-8723%2C%20ADS-8758%2C%20ADS-8760%2C%20ADS-8785%2C%20ADS-8792%2C%20ADS-8802%2C%20ADS-8806%2C%20ADS-8841%2C%20ADS-8861%2C%20ADS-8877%2C%20ADS-8880%2C%20ADS-8889%2C%20ADS-8895%2C%20ADS-8904%2C%20ADS-8919%2C%20ADS-8933%2C%20ADS-8937%2C%20ADS-8943%2C%20ADS-8964%2C%20ADS-8968%29" TargetMode="External"/><Relationship Id="rId10" Type="http://schemas.openxmlformats.org/officeDocument/2006/relationships/hyperlink" Target="https://adservio.atlassian.net/issues/?jql=issuekey%20in%20%28ADS-7852%2C%20ADS-8356%2C%20ADS-8569%2C%20ADS-8570%2C%20ADS-8583%2C%20ADS-8713%2C%20ADS-8721%2C%20ADS-8758%2C%20ADS-8792%2C%20ADS-8802%2C%20ADS-8806%2C%20ADS-8861%2C%20ADS-8877%2C%20ADS-8904%2C%20ADS-8937%2C%20ADS-8943%2C%20ADS-8968%29" TargetMode="External"/><Relationship Id="rId11" Type="http://schemas.openxmlformats.org/officeDocument/2006/relationships/hyperlink" Target="https://adservio.atlassian.net/issues/?jql=issuekey%20in%20%28ADS-3757%2C%20ADS-7803%2C%20ADS-7817%2C%20ADS-8567%2C%20ADS-8580%2C%20ADS-8598%2C%20ADS-8723%2C%20ADS-8760%2C%20ADS-8785%2C%20ADS-8841%2C%20ADS-8880%2C%20ADS-8889%2C%20ADS-8895%2C%20ADS-8919%2C%20ADS-8933%2C%20ADS-8964%29" TargetMode="External"/><Relationship Id="rId12" Type="http://schemas.openxmlformats.org/officeDocument/2006/relationships/hyperlink" Target="https://adservio.atlassian.net/issues/?jql=issuekey%20in%20%28ADS-3757%2C%20ADS-7803%2C%20ADS-8567%29" TargetMode="External"/><Relationship Id="rId13" Type="http://schemas.openxmlformats.org/officeDocument/2006/relationships/hyperlink" Target="https://adservio.atlassian.net/browse/ADS-7852" TargetMode="External"/><Relationship Id="rId14" Type="http://schemas.openxmlformats.org/officeDocument/2006/relationships/hyperlink" Target="https://adservio.atlassian.net/browse/ADS-8356" TargetMode="External"/><Relationship Id="rId15" Type="http://schemas.openxmlformats.org/officeDocument/2006/relationships/hyperlink" Target="https://adservio.atlassian.net/browse/ADS-8569" TargetMode="External"/><Relationship Id="rId16" Type="http://schemas.openxmlformats.org/officeDocument/2006/relationships/hyperlink" Target="https://adservio.atlassian.net/browse/ADS-8570" TargetMode="External"/><Relationship Id="rId17" Type="http://schemas.openxmlformats.org/officeDocument/2006/relationships/hyperlink" Target="https://adservio.atlassian.net/browse/ADS-8583" TargetMode="External"/><Relationship Id="rId18" Type="http://schemas.openxmlformats.org/officeDocument/2006/relationships/hyperlink" Target="https://adservio.atlassian.net/browse/ADS-8758" TargetMode="External"/><Relationship Id="rId19" Type="http://schemas.openxmlformats.org/officeDocument/2006/relationships/hyperlink" Target="https://adservio.atlassian.net/browse/ADS-8792" TargetMode="External"/><Relationship Id="rId20" Type="http://schemas.openxmlformats.org/officeDocument/2006/relationships/hyperlink" Target="https://adservio.atlassian.net/browse/ADS-8877" TargetMode="External"/><Relationship Id="rId21" Type="http://schemas.openxmlformats.org/officeDocument/2006/relationships/hyperlink" Target="https://adservio.atlassian.net/browse/ADS-8904" TargetMode="External"/><Relationship Id="rId22" Type="http://schemas.openxmlformats.org/officeDocument/2006/relationships/hyperlink" Target="https://adservio.atlassian.net/browse/ADS-8943" TargetMode="External"/><Relationship Id="rId23" Type="http://schemas.openxmlformats.org/officeDocument/2006/relationships/hyperlink" Target="https://adservio.atlassian.net/browse/ADS-8713" TargetMode="External"/><Relationship Id="rId24" Type="http://schemas.openxmlformats.org/officeDocument/2006/relationships/hyperlink" Target="https://adservio.atlassian.net/browse/ADS-8721" TargetMode="External"/><Relationship Id="rId25" Type="http://schemas.openxmlformats.org/officeDocument/2006/relationships/hyperlink" Target="https://adservio.atlassian.net/browse/ADS-8802" TargetMode="External"/><Relationship Id="rId26" Type="http://schemas.openxmlformats.org/officeDocument/2006/relationships/hyperlink" Target="https://adservio.atlassian.net/browse/ADS-8861" TargetMode="External"/><Relationship Id="rId27" Type="http://schemas.openxmlformats.org/officeDocument/2006/relationships/hyperlink" Target="https://adservio.atlassian.net/browse/ADS-8937" TargetMode="External"/><Relationship Id="rId28" Type="http://schemas.openxmlformats.org/officeDocument/2006/relationships/hyperlink" Target="https://adservio.atlassian.net/browse/ADS-3757" TargetMode="External"/><Relationship Id="rId29" Type="http://schemas.openxmlformats.org/officeDocument/2006/relationships/hyperlink" Target="https://adservio.atlassian.net/browse/ADS-7803" TargetMode="External"/><Relationship Id="rId30" Type="http://schemas.openxmlformats.org/officeDocument/2006/relationships/hyperlink" Target="https://adservio.atlassian.net/browse/ADS-7817" TargetMode="External"/><Relationship Id="rId31" Type="http://schemas.openxmlformats.org/officeDocument/2006/relationships/hyperlink" Target="https://adservio.atlassian.net/browse/ADS-8567" TargetMode="External"/><Relationship Id="rId32" Type="http://schemas.openxmlformats.org/officeDocument/2006/relationships/hyperlink" Target="https://adservio.atlassian.net/browse/ADS-8580" TargetMode="External"/><Relationship Id="rId33" Type="http://schemas.openxmlformats.org/officeDocument/2006/relationships/hyperlink" Target="https://adservio.atlassian.net/browse/ADS-8598" TargetMode="External"/><Relationship Id="rId34" Type="http://schemas.openxmlformats.org/officeDocument/2006/relationships/hyperlink" Target="https://adservio.atlassian.net/browse/ADS-8723" TargetMode="External"/><Relationship Id="rId35" Type="http://schemas.openxmlformats.org/officeDocument/2006/relationships/hyperlink" Target="https://adservio.atlassian.net/browse/ADS-8760" TargetMode="External"/><Relationship Id="rId36" Type="http://schemas.openxmlformats.org/officeDocument/2006/relationships/hyperlink" Target="https://adservio.atlassian.net/browse/ADS-8785" TargetMode="External"/><Relationship Id="rId37" Type="http://schemas.openxmlformats.org/officeDocument/2006/relationships/hyperlink" Target="https://adservio.atlassian.net/browse/ADS-8841" TargetMode="External"/><Relationship Id="rId38" Type="http://schemas.openxmlformats.org/officeDocument/2006/relationships/hyperlink" Target="https://adservio.atlassian.net/browse/ADS-8880" TargetMode="External"/><Relationship Id="rId39" Type="http://schemas.openxmlformats.org/officeDocument/2006/relationships/hyperlink" Target="https://adservio.atlassian.net/browse/ADS-8889" TargetMode="External"/><Relationship Id="rId40" Type="http://schemas.openxmlformats.org/officeDocument/2006/relationships/hyperlink" Target="https://adservio.atlassian.net/browse/ADS-8895" TargetMode="External"/><Relationship Id="rId41" Type="http://schemas.openxmlformats.org/officeDocument/2006/relationships/hyperlink" Target="https://adservio.atlassian.net/browse/ADS-8919" TargetMode="External"/><Relationship Id="rId42" Type="http://schemas.openxmlformats.org/officeDocument/2006/relationships/hyperlink" Target="https://adservio.atlassian.net/browse/ADS-8933" TargetMode="External"/><Relationship Id="rId43" Type="http://schemas.openxmlformats.org/officeDocument/2006/relationships/hyperlink" Target="https://adservio.atlassian.net/browse/ADS-8964" TargetMode="External"/><Relationship Id="rId44" Type="http://schemas.openxmlformats.org/officeDocument/2006/relationships/hyperlink" Target="https://adservio.atlassian.net/issues/?jql=issuekey%20in%20%28ADS-3757%2C%20ADS-7803%2C%20ADS-7817%2C%20ADS-8567%2C%20ADS-8580%2C%20ADS-8598%2C%20ADS-8723%2C%20ADS-8760%2C%20ADS-8785%29" TargetMode="External"/><Relationship Id="rId45" Type="http://schemas.openxmlformats.org/officeDocument/2006/relationships/hyperlink" Target="https://adservio.atlassian.net/issues/?jql=issuekey%20in%20%28ADS-8841%29" TargetMode="External"/><Relationship Id="rId46" Type="http://schemas.openxmlformats.org/officeDocument/2006/relationships/hyperlink" Target="https://adservio.atlassian.net/issues/?jql=issuekey%20in%20%28ADS-3757%2C%20ADS-7803%2C%20ADS-7817%2C%20ADS-7852%2C%20ADS-8462%2C%20ADS-8567%2C%20ADS-8569%2C%20ADS-8570%2C%20ADS-8580%2C%20ADS-8598%2C%20ADS-8640%2C%20ADS-8661%2C%20ADS-8663%2C%20ADS-8686%2C%20ADS-8713%2C%20ADS-8721%2C%20ADS-8723%2C%20ADS-8758%2C%20ADS-8760%2C%20ADS-8766%2C%20ADS-8785%2C%20ADS-8792%2C%20ADS-8802%2C%20ADS-8806%2C%20ADS-8841%2C%20ADS-8861%29" TargetMode="External"/><Relationship Id="rId47" Type="http://schemas.openxmlformats.org/officeDocument/2006/relationships/hyperlink" Target="https://adservio.atlassian.net/issues/?jql=issuekey%20in%20%28ADS-3757%2C%20ADS-7803%2C%20ADS-7817%2C%20ADS-7852%2C%20ADS-8356%2C%20ADS-8462%2C%20ADS-8567%2C%20ADS-8569%2C%20ADS-8570%2C%20ADS-8580%2C%20ADS-8583%2C%20ADS-8598%2C%20ADS-8640%2C%20ADS-8661%2C%20ADS-8663%2C%20ADS-8686%2C%20ADS-8713%2C%20ADS-8721%2C%20ADS-8723%2C%20ADS-8758%2C%20ADS-8760%2C%20ADS-8766%2C%20ADS-8785%2C%20ADS-8792%2C%20ADS-8802%2C%20ADS-8806%2C%20ADS-8841%2C%20ADS-8861%2C%20ADS-8877%2C%20ADS-8880%2C%20ADS-8889%2C%20ADS-8895%2C%20ADS-8904%2C%20ADS-8919%2C%20ADS-8933%2C%20ADS-8937%2C%20ADS-8943%2C%20ADS-8964%2C%20ADS-8968%29" TargetMode="External"/><Relationship Id="rId48" Type="http://schemas.openxmlformats.org/officeDocument/2006/relationships/hyperlink" Target="issue_audit_register_Team-1_ADS_Q3_W38_-_21-25_Sep_2026-10-05.csv" TargetMode="External"/><Relationship Id="rId49" Type="http://schemas.openxmlformats.org/officeDocument/2006/relationships/hyperlink" Target="metric_lineage_Team-1_ADS_Q3_W38_-_21-25_Sep_2026-10-05.csv" TargetMode="External"/><Relationship Id="rId50" Type="http://schemas.openxmlformats.org/officeDocument/2006/relationships/hyperlink" Target="jql_traceability_register_Team-1_ADS_Q3_W38_-_21-25_Sep_2026-10-05.csv" TargetMode="External"/><Relationship Id="rId51" Type="http://schemas.openxmlformats.org/officeDocument/2006/relationships/hyperlink" Target="sprint_metrics_Team-1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