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2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5 of 14 visible items, including 0 Stories, 3 Tasks, and 1 Bugs. Product movement was real, but the sprint was still noisy: 4 items entered after planning and all of them were closed. The main misses were concentrated in 9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14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0 / 3 / 1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8 / 4 / 2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8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4/5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(0)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Tasks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ADS-6064 — [Internal] Export Clienti Adservio din Billing pentru import in Nexus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ADS-7343 — [Stiri] - Distribuie Updates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ADS-8319 — [Abonamente] - Rambursare 2969809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Bugs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ADS-8316 — [Prod][Billing/Frontend] Groups Marks hides eligible services beyond first 100 results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ADS-8223 — Bug — [Prod][AWS][ingress] POST /api/v2/fisiere/upload maps backend 400 to HTTP 500 - 10/72h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6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27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4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2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14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5/14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9/14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0/5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3/5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8 / 4 / 2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8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14/14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4/9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4007%2C%20ADS-4328%2C%20ADS-6064%2C%20ADS-6159%2C%20ADS-6201%2C%20ADS-6675%2C%20ADS-7343%2C%20ADS-7474%2C%20ADS-7849%2C%20ADS-8071%2C%20ADS-8223%2C%20ADS-8247%2C%20ADS-8316%2C%20ADS-8319%29" TargetMode="External"/><Relationship Id="rId10" Type="http://schemas.openxmlformats.org/officeDocument/2006/relationships/hyperlink" Target="https://adservio.atlassian.net/issues/?jql=issuekey%20in%20%28ADS-6064%2C%20ADS-7343%2C%20ADS-8247%2C%20ADS-8316%2C%20ADS-8319%29" TargetMode="External"/><Relationship Id="rId11" Type="http://schemas.openxmlformats.org/officeDocument/2006/relationships/hyperlink" Target="https://adservio.atlassian.net/issues/?jql=issuekey%20in%20%28ADS-4007%2C%20ADS-4328%2C%20ADS-6159%2C%20ADS-6201%2C%20ADS-6675%2C%20ADS-7474%2C%20ADS-7849%2C%20ADS-8071%2C%20ADS-8223%29" TargetMode="External"/><Relationship Id="rId12" Type="http://schemas.openxmlformats.org/officeDocument/2006/relationships/hyperlink" Target="https://adservio.atlassian.net/issues/?jql=issuekey%20in%20%28ADS-6159%2C%20ADS-7474%2C%20ADS-7849%2C%20ADS-8071%29" TargetMode="External"/><Relationship Id="rId13" Type="http://schemas.openxmlformats.org/officeDocument/2006/relationships/hyperlink" Target="https://adservio.atlassian.net/browse/ADS-6064" TargetMode="External"/><Relationship Id="rId14" Type="http://schemas.openxmlformats.org/officeDocument/2006/relationships/hyperlink" Target="https://adservio.atlassian.net/browse/ADS-7343" TargetMode="External"/><Relationship Id="rId15" Type="http://schemas.openxmlformats.org/officeDocument/2006/relationships/hyperlink" Target="https://adservio.atlassian.net/browse/ADS-8319" TargetMode="External"/><Relationship Id="rId16" Type="http://schemas.openxmlformats.org/officeDocument/2006/relationships/hyperlink" Target="https://adservio.atlassian.net/browse/ADS-8316" TargetMode="External"/><Relationship Id="rId17" Type="http://schemas.openxmlformats.org/officeDocument/2006/relationships/hyperlink" Target="https://adservio.atlassian.net/browse/ADS-4007" TargetMode="External"/><Relationship Id="rId18" Type="http://schemas.openxmlformats.org/officeDocument/2006/relationships/hyperlink" Target="https://adservio.atlassian.net/browse/ADS-4328" TargetMode="External"/><Relationship Id="rId19" Type="http://schemas.openxmlformats.org/officeDocument/2006/relationships/hyperlink" Target="https://adservio.atlassian.net/browse/ADS-6159" TargetMode="External"/><Relationship Id="rId20" Type="http://schemas.openxmlformats.org/officeDocument/2006/relationships/hyperlink" Target="https://adservio.atlassian.net/browse/ADS-6201" TargetMode="External"/><Relationship Id="rId21" Type="http://schemas.openxmlformats.org/officeDocument/2006/relationships/hyperlink" Target="https://adservio.atlassian.net/browse/ADS-6675" TargetMode="External"/><Relationship Id="rId22" Type="http://schemas.openxmlformats.org/officeDocument/2006/relationships/hyperlink" Target="https://adservio.atlassian.net/browse/ADS-7474" TargetMode="External"/><Relationship Id="rId23" Type="http://schemas.openxmlformats.org/officeDocument/2006/relationships/hyperlink" Target="https://adservio.atlassian.net/browse/ADS-7849" TargetMode="External"/><Relationship Id="rId24" Type="http://schemas.openxmlformats.org/officeDocument/2006/relationships/hyperlink" Target="https://adservio.atlassian.net/browse/ADS-8071" TargetMode="External"/><Relationship Id="rId25" Type="http://schemas.openxmlformats.org/officeDocument/2006/relationships/hyperlink" Target="https://adservio.atlassian.net/browse/ADS-8223" TargetMode="External"/><Relationship Id="rId26" Type="http://schemas.openxmlformats.org/officeDocument/2006/relationships/hyperlink" Target="https://adservio.atlassian.net/issues/?jql=issuekey%20in%20%28ADS-6159%2C%20ADS-6675%2C%20ADS-7474%2C%20ADS-8071%29" TargetMode="External"/><Relationship Id="rId27" Type="http://schemas.openxmlformats.org/officeDocument/2006/relationships/hyperlink" Target="https://adservio.atlassian.net/issues/?jql=issuekey%20in%20%28ADS-4007%2C%20ADS-4328%2C%20ADS-6201%2C%20ADS-8223%29" TargetMode="External"/><Relationship Id="rId28" Type="http://schemas.openxmlformats.org/officeDocument/2006/relationships/hyperlink" Target="https://adservio.atlassian.net/issues/?jql=issuekey%20in%20%28ADS-4007%2C%20ADS-4328%2C%20ADS-6159%2C%20ADS-6201%2C%20ADS-6675%2C%20ADS-7343%2C%20ADS-7474%2C%20ADS-7849%2C%20ADS-8071%2C%20ADS-8223%29" TargetMode="External"/><Relationship Id="rId29" Type="http://schemas.openxmlformats.org/officeDocument/2006/relationships/hyperlink" Target="https://adservio.atlassian.net/issues/?jql=issuekey%20in%20%28ADS-6064%2C%20ADS-8247%2C%20ADS-8316%2C%20ADS-8319%29" TargetMode="External"/><Relationship Id="rId30" Type="http://schemas.openxmlformats.org/officeDocument/2006/relationships/hyperlink" Target="https://adservio.atlassian.net/issues/?jql=issuekey%20in%20%28ADS-6159%2C%20ADS-7343%2C%20ADS-7474%2C%20ADS-7849%2C%20ADS-8071%29" TargetMode="External"/><Relationship Id="rId31" Type="http://schemas.openxmlformats.org/officeDocument/2006/relationships/hyperlink" Target="issue_audit_register_Team-2_ADS_Q3_W29_-_20-24_Jul_2026-07-28.csv" TargetMode="External"/><Relationship Id="rId32" Type="http://schemas.openxmlformats.org/officeDocument/2006/relationships/hyperlink" Target="metric_lineage_Team-2_ADS_Q3_W29_-_20-24_Jul_2026-07-28.csv" TargetMode="External"/><Relationship Id="rId33" Type="http://schemas.openxmlformats.org/officeDocument/2006/relationships/hyperlink" Target="jql_traceability_register_Team-2_ADS_Q3_W29_-_20-24_Jul_2026-07-28.csv" TargetMode="External"/><Relationship Id="rId34" Type="http://schemas.openxmlformats.org/officeDocument/2006/relationships/hyperlink" Target="sprint_metrics_Team-2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