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Team 2 ADS Q3 W30 - 27-31 Jul</w:t>
      </w:r>
    </w:p>
    <w:p>
      <w:r>
        <w:rPr>
          <w:i/>
        </w:rPr>
        <w:t>Planned sprint ADS Q3 W30 - 27-31 Jul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4 of 7 visible items, including 0 Stories, 1 Tasks, and 3 Bugs. Product movement was real, but the sprint was still noisy: 3 items entered after planning and all of them were closed. The main misses were concentrated in 3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7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4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0 / 1 / 3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 / 3 / 0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2 / 4 / 1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2/2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(0)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</w:tbl>
    <w:p>
      <w:pPr>
        <w:pStyle w:val="Heading1"/>
      </w:pPr>
      <w:r>
        <w:t>Tasks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ADS-8327 — Optimizare Distribuire Stire &amp; Improvements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Bugs done (3)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ADS-8321 — Notificari pentru elevii ce au terminat in anii trecuti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ADS-8333 — [Admitere] - Datele extrase din diploma de bacalaureat nu se populează în tabelul de candidați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ADS-8336 — [Admin scoli / setari unitati - apare Petre Andrei]</w:t>
              </w:r>
            </w:hyperlink>
          </w:p>
        </w:tc>
        <w:tc>
          <w:tcPr>
            <w:tcW w:type="dxa" w:w="5184"/>
          </w:tcPr>
          <w:p>
            <w:r>
              <w:t>Added</w:t>
            </w:r>
          </w:p>
        </w:tc>
      </w:tr>
    </w:tbl>
    <w:p>
      <w:pPr>
        <w:pStyle w:val="Heading1"/>
      </w:pPr>
      <w:r>
        <w:t>Carry overs / not delivered (3)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ADS-5654 — Story — [UPA,UPG, Asachi] Taxe școlarizare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3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2 rows have Sprint Intent = Progress and remained open; they are treated as healthy continuation rather than finish misses.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2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2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7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20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2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7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7/7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4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4/7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3/7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0/4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1/4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3/4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4 / 3 / 0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7/7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2 / 4 / 1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7/7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3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3/3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0/3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5654%2C%20ADS-6159%2C%20ADS-6675%2C%20ADS-8321%2C%20ADS-8327%2C%20ADS-8333%2C%20ADS-8336%29" TargetMode="External"/><Relationship Id="rId10" Type="http://schemas.openxmlformats.org/officeDocument/2006/relationships/hyperlink" Target="https://adservio.atlassian.net/issues/?jql=issuekey%20in%20%28ADS-8321%2C%20ADS-8327%2C%20ADS-8333%2C%20ADS-8336%29" TargetMode="External"/><Relationship Id="rId11" Type="http://schemas.openxmlformats.org/officeDocument/2006/relationships/hyperlink" Target="https://adservio.atlassian.net/issues/?jql=issuekey%20in%20%28ADS-5654%2C%20ADS-6159%2C%20ADS-6675%29" TargetMode="External"/><Relationship Id="rId12" Type="http://schemas.openxmlformats.org/officeDocument/2006/relationships/hyperlink" Target="https://adservio.atlassian.net/issues/?jql=issuekey%20in%20%28ADS-5654%2C%20ADS-6159%29" TargetMode="External"/><Relationship Id="rId13" Type="http://schemas.openxmlformats.org/officeDocument/2006/relationships/hyperlink" Target="https://adservio.atlassian.net/browse/ADS-8327" TargetMode="External"/><Relationship Id="rId14" Type="http://schemas.openxmlformats.org/officeDocument/2006/relationships/hyperlink" Target="https://adservio.atlassian.net/browse/ADS-8321" TargetMode="External"/><Relationship Id="rId15" Type="http://schemas.openxmlformats.org/officeDocument/2006/relationships/hyperlink" Target="https://adservio.atlassian.net/browse/ADS-8333" TargetMode="External"/><Relationship Id="rId16" Type="http://schemas.openxmlformats.org/officeDocument/2006/relationships/hyperlink" Target="https://adservio.atlassian.net/browse/ADS-8336" TargetMode="External"/><Relationship Id="rId17" Type="http://schemas.openxmlformats.org/officeDocument/2006/relationships/hyperlink" Target="https://adservio.atlassian.net/browse/ADS-5654" TargetMode="External"/><Relationship Id="rId18" Type="http://schemas.openxmlformats.org/officeDocument/2006/relationships/hyperlink" Target="https://adservio.atlassian.net/browse/ADS-6159" TargetMode="External"/><Relationship Id="rId19" Type="http://schemas.openxmlformats.org/officeDocument/2006/relationships/hyperlink" Target="https://adservio.atlassian.net/browse/ADS-6675" TargetMode="External"/><Relationship Id="rId20" Type="http://schemas.openxmlformats.org/officeDocument/2006/relationships/hyperlink" Target="https://adservio.atlassian.net/issues/?jql=issuekey%20in%20%28ADS-5654%2C%20ADS-6159%2C%20ADS-6675%2C%20ADS-8327%29" TargetMode="External"/><Relationship Id="rId21" Type="http://schemas.openxmlformats.org/officeDocument/2006/relationships/hyperlink" Target="https://adservio.atlassian.net/issues/?jql=issuekey%20in%20%28ADS-8321%2C%20ADS-8333%2C%20ADS-8336%29" TargetMode="External"/><Relationship Id="rId22" Type="http://schemas.openxmlformats.org/officeDocument/2006/relationships/hyperlink" Target="issue_audit_register_Team-2_ADS_Q3_W30_-_27-31_Jul_2026-08-03.csv" TargetMode="External"/><Relationship Id="rId23" Type="http://schemas.openxmlformats.org/officeDocument/2006/relationships/hyperlink" Target="metric_lineage_Team-2_ADS_Q3_W30_-_27-31_Jul_2026-08-03.csv" TargetMode="External"/><Relationship Id="rId24" Type="http://schemas.openxmlformats.org/officeDocument/2006/relationships/hyperlink" Target="jql_traceability_register_Team-2_ADS_Q3_W30_-_27-31_Jul_2026-08-03.csv" TargetMode="External"/><Relationship Id="rId25" Type="http://schemas.openxmlformats.org/officeDocument/2006/relationships/hyperlink" Target="sprint_metrics_Team-2_ADS_Q3_W30_-_27-31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