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4 of 14 visible items, including 2 Stories, 1 Tasks, and 1 Bugs. Product movement was real, but the sprint was still noisy: 2 items entered after planning and 1 of them were closed. The main misses were concentrated in 10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 / 1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/ 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8 / 6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4/4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ADS-8071 — Teste automate flow Subscripții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ADS-8342 — [AI - MCP] - Pipework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ADS-8468 — Drop AZURE models and replace with Bedrock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ADS-8216 — [Admitere] - Nu apare descrierea Raportului in modal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ADS-8255 — Bug — [BE][Admission] - Problema la aplicare status pregatit pe un candidat admitere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ADS-8428 — Task — Mng Penalitatilor Bugs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ADS-8482 — Task — [BE] Replace audit interceptor for the AI project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ADS-8497 — Task — [BE] Integrate the AI service with the MCP server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ADS-8499 — Task — Sync coduri Siruta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4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9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5654%2C%20ADS-6159%2C%20ADS-7251%2C%20ADS-8071%2C%20ADS-8216%2C%20ADS-8255%2C%20ADS-8339%2C%20ADS-8342%2C%20ADS-8383%2C%20ADS-8428%2C%20ADS-8468%2C%20ADS-8482%2C%20ADS-8497%2C%20ADS-8499%29" TargetMode="External"/><Relationship Id="rId10" Type="http://schemas.openxmlformats.org/officeDocument/2006/relationships/hyperlink" Target="https://adservio.atlassian.net/issues/?jql=issuekey%20in%20%28ADS-8071%2C%20ADS-8216%2C%20ADS-8342%2C%20ADS-8468%29" TargetMode="External"/><Relationship Id="rId11" Type="http://schemas.openxmlformats.org/officeDocument/2006/relationships/hyperlink" Target="https://adservio.atlassian.net/issues/?jql=issuekey%20in%20%28ADS-5654%2C%20ADS-6159%2C%20ADS-7251%2C%20ADS-8255%2C%20ADS-8339%2C%20ADS-8383%2C%20ADS-8428%2C%20ADS-8482%2C%20ADS-8497%2C%20ADS-8499%29" TargetMode="External"/><Relationship Id="rId12" Type="http://schemas.openxmlformats.org/officeDocument/2006/relationships/hyperlink" Target="https://adservio.atlassian.net/issues/?jql=issuekey%20in%20%28ADS-5654%2C%20ADS-7251%2C%20ADS-8339%2C%20ADS-8383%29" TargetMode="External"/><Relationship Id="rId13" Type="http://schemas.openxmlformats.org/officeDocument/2006/relationships/hyperlink" Target="https://adservio.atlassian.net/browse/ADS-8071" TargetMode="External"/><Relationship Id="rId14" Type="http://schemas.openxmlformats.org/officeDocument/2006/relationships/hyperlink" Target="https://adservio.atlassian.net/browse/ADS-8342" TargetMode="External"/><Relationship Id="rId15" Type="http://schemas.openxmlformats.org/officeDocument/2006/relationships/hyperlink" Target="https://adservio.atlassian.net/browse/ADS-8468" TargetMode="External"/><Relationship Id="rId16" Type="http://schemas.openxmlformats.org/officeDocument/2006/relationships/hyperlink" Target="https://adservio.atlassian.net/browse/ADS-8216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6159" TargetMode="External"/><Relationship Id="rId19" Type="http://schemas.openxmlformats.org/officeDocument/2006/relationships/hyperlink" Target="https://adservio.atlassian.net/browse/ADS-7251" TargetMode="External"/><Relationship Id="rId20" Type="http://schemas.openxmlformats.org/officeDocument/2006/relationships/hyperlink" Target="https://adservio.atlassian.net/browse/ADS-8255" TargetMode="External"/><Relationship Id="rId21" Type="http://schemas.openxmlformats.org/officeDocument/2006/relationships/hyperlink" Target="https://adservio.atlassian.net/browse/ADS-8339" TargetMode="External"/><Relationship Id="rId22" Type="http://schemas.openxmlformats.org/officeDocument/2006/relationships/hyperlink" Target="https://adservio.atlassian.net/browse/ADS-8383" TargetMode="External"/><Relationship Id="rId23" Type="http://schemas.openxmlformats.org/officeDocument/2006/relationships/hyperlink" Target="https://adservio.atlassian.net/browse/ADS-8428" TargetMode="External"/><Relationship Id="rId24" Type="http://schemas.openxmlformats.org/officeDocument/2006/relationships/hyperlink" Target="https://adservio.atlassian.net/browse/ADS-8482" TargetMode="External"/><Relationship Id="rId25" Type="http://schemas.openxmlformats.org/officeDocument/2006/relationships/hyperlink" Target="https://adservio.atlassian.net/browse/ADS-8497" TargetMode="External"/><Relationship Id="rId26" Type="http://schemas.openxmlformats.org/officeDocument/2006/relationships/hyperlink" Target="https://adservio.atlassian.net/browse/ADS-8499" TargetMode="External"/><Relationship Id="rId27" Type="http://schemas.openxmlformats.org/officeDocument/2006/relationships/hyperlink" Target="https://adservio.atlassian.net/issues/?jql=issuekey%20in%20%28ADS-5654%2C%20ADS-6159%2C%20ADS-7251%2C%20ADS-8255%2C%20ADS-8339%2C%20ADS-8383%2C%20ADS-8428%2C%20ADS-8497%29" TargetMode="External"/><Relationship Id="rId28" Type="http://schemas.openxmlformats.org/officeDocument/2006/relationships/hyperlink" Target="https://adservio.atlassian.net/issues/?jql=issuekey%20in%20%28ADS-8482%29" TargetMode="External"/><Relationship Id="rId29" Type="http://schemas.openxmlformats.org/officeDocument/2006/relationships/hyperlink" Target="https://adservio.atlassian.net/issues/?jql=issuekey%20in%20%28ADS-5654%2C%20ADS-6159%2C%20ADS-7251%2C%20ADS-8071%2C%20ADS-8216%2C%20ADS-8255%2C%20ADS-8339%2C%20ADS-8342%2C%20ADS-8383%2C%20ADS-8428%29" TargetMode="External"/><Relationship Id="rId30" Type="http://schemas.openxmlformats.org/officeDocument/2006/relationships/hyperlink" Target="issue_audit_register_Team-2_ADS_Q3_W32_-_10-14_Aug_2026-08-17.csv" TargetMode="External"/><Relationship Id="rId31" Type="http://schemas.openxmlformats.org/officeDocument/2006/relationships/hyperlink" Target="metric_lineage_Team-2_ADS_Q3_W32_-_10-14_Aug_2026-08-17.csv" TargetMode="External"/><Relationship Id="rId32" Type="http://schemas.openxmlformats.org/officeDocument/2006/relationships/hyperlink" Target="jql_traceability_register_Team-2_ADS_Q3_W32_-_10-14_Aug_2026-08-17.csv" TargetMode="External"/><Relationship Id="rId33" Type="http://schemas.openxmlformats.org/officeDocument/2006/relationships/hyperlink" Target="sprint_metrics_Team-2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