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2 ADS Q3 W34 - 24-28 Aug</w:t>
      </w:r>
    </w:p>
    <w:p>
      <w:r>
        <w:rPr>
          <w:i/>
        </w:rPr>
        <w:t>Planned sprint ADS Q3 W34 - 24-28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5 of 18 visible items, including 1 Stories, 3 Tasks, and 1 Bugs. Product movement was real, but the sprint was still noisy: 4 items entered after planning and 1 of them were closed. The main misses were concentrated in 13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18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5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13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3 / 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 / 4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8 / 8 / 2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2/3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ADS-7659 — [Abonamente] - Nu pot selecta România din secțiunea de publicare, și nu mai apar pachetele pe site-ul public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ADS-8499 — Sync coduri Siruta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ADS-8500 — [AI] - Shared folder, logging, tracing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ADS-8572 — [AI] Validare feature flags pe endpointuri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ADS-8544 — Billing invoice export can timeout/OOM and silently truncate large result sets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Carry overs / not delivered (13)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ADS-7250 — Story — [Abonamente][Checkout] - Data urmatoarei debitari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ADS-7251 — Story — Mutarea subscriptii de pe recurenta An scolar pe recurenta an calendaristic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5184"/>
          </w:tcPr>
          <w:p>
            <w:r>
              <w:t>Late start / sequencing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ADS-7849 — Story — Stergere date S3</w:t>
              </w:r>
            </w:hyperlink>
          </w:p>
        </w:tc>
        <w:tc>
          <w:tcPr>
            <w:tcW w:type="dxa" w:w="5184"/>
          </w:tcPr>
          <w:p>
            <w:r>
              <w:t>Priority Change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ADS-8223 — Bug — [Prod][AWS][ingress] POST /api/v2/fisiere/upload maps backend 400 to HTTP 500 - 10/72h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ADS-8339 — Story — Tools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ADS-8343 — Story — Integration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ADS-8383 — Story — [BE] - Local Cache Billing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ADS-8501 — Task — S3: Ștergere variabile OSS vechi și verificat că totul merge bine</w:t>
              </w:r>
            </w:hyperlink>
          </w:p>
        </w:tc>
        <w:tc>
          <w:tcPr>
            <w:tcW w:type="dxa" w:w="5184"/>
          </w:tcPr>
          <w:p>
            <w:r>
              <w:t>Priority Change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ADS-8601 — Bug — [FE] eroare 403 la accesarea contului de test- director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hyperlink r:id="rId31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2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2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hyperlink r:id="rId33">
              <w:r>
                <w:rPr>
                  <w:color w:val="0563C1"/>
                  <w:u w:val="single"/>
                </w:rPr>
                <w:t>15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18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18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18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18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7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5654%2C%20ADS-7250%2C%20ADS-7251%2C%20ADS-7279%2C%20ADS-7354%2C%20ADS-7659%2C%20ADS-7849%2C%20ADS-8223%2C%20ADS-8339%2C%20ADS-8343%2C%20ADS-8383%2C%20ADS-8404%2C%20ADS-8499%2C%20ADS-8500%2C%20ADS-8501%2C%20ADS-8544%2C%20ADS-8572%2C%20ADS-8601%29" TargetMode="External"/><Relationship Id="rId10" Type="http://schemas.openxmlformats.org/officeDocument/2006/relationships/hyperlink" Target="https://adservio.atlassian.net/issues/?jql=issuekey%20in%20%28ADS-7659%2C%20ADS-8499%2C%20ADS-8500%2C%20ADS-8544%2C%20ADS-8572%29" TargetMode="External"/><Relationship Id="rId11" Type="http://schemas.openxmlformats.org/officeDocument/2006/relationships/hyperlink" Target="https://adservio.atlassian.net/issues/?jql=issuekey%20in%20%28ADS-5654%2C%20ADS-7250%2C%20ADS-7251%2C%20ADS-7279%2C%20ADS-7354%2C%20ADS-7849%2C%20ADS-8223%2C%20ADS-8339%2C%20ADS-8343%2C%20ADS-8383%2C%20ADS-8404%2C%20ADS-8501%2C%20ADS-8601%29" TargetMode="External"/><Relationship Id="rId12" Type="http://schemas.openxmlformats.org/officeDocument/2006/relationships/hyperlink" Target="https://adservio.atlassian.net/issues/?jql=issuekey%20in%20%28ADS-5654%2C%20ADS-8339%29" TargetMode="External"/><Relationship Id="rId13" Type="http://schemas.openxmlformats.org/officeDocument/2006/relationships/hyperlink" Target="https://adservio.atlassian.net/browse/ADS-7659" TargetMode="External"/><Relationship Id="rId14" Type="http://schemas.openxmlformats.org/officeDocument/2006/relationships/hyperlink" Target="https://adservio.atlassian.net/browse/ADS-8499" TargetMode="External"/><Relationship Id="rId15" Type="http://schemas.openxmlformats.org/officeDocument/2006/relationships/hyperlink" Target="https://adservio.atlassian.net/browse/ADS-8500" TargetMode="External"/><Relationship Id="rId16" Type="http://schemas.openxmlformats.org/officeDocument/2006/relationships/hyperlink" Target="https://adservio.atlassian.net/browse/ADS-8572" TargetMode="External"/><Relationship Id="rId17" Type="http://schemas.openxmlformats.org/officeDocument/2006/relationships/hyperlink" Target="https://adservio.atlassian.net/browse/ADS-8544" TargetMode="External"/><Relationship Id="rId18" Type="http://schemas.openxmlformats.org/officeDocument/2006/relationships/hyperlink" Target="https://adservio.atlassian.net/browse/ADS-5654" TargetMode="External"/><Relationship Id="rId19" Type="http://schemas.openxmlformats.org/officeDocument/2006/relationships/hyperlink" Target="https://adservio.atlassian.net/browse/ADS-7250" TargetMode="External"/><Relationship Id="rId20" Type="http://schemas.openxmlformats.org/officeDocument/2006/relationships/hyperlink" Target="https://adservio.atlassian.net/browse/ADS-7251" TargetMode="External"/><Relationship Id="rId21" Type="http://schemas.openxmlformats.org/officeDocument/2006/relationships/hyperlink" Target="https://adservio.atlassian.net/browse/ADS-7279" TargetMode="External"/><Relationship Id="rId22" Type="http://schemas.openxmlformats.org/officeDocument/2006/relationships/hyperlink" Target="https://adservio.atlassian.net/browse/ADS-7354" TargetMode="External"/><Relationship Id="rId23" Type="http://schemas.openxmlformats.org/officeDocument/2006/relationships/hyperlink" Target="https://adservio.atlassian.net/browse/ADS-7849" TargetMode="External"/><Relationship Id="rId24" Type="http://schemas.openxmlformats.org/officeDocument/2006/relationships/hyperlink" Target="https://adservio.atlassian.net/browse/ADS-8223" TargetMode="External"/><Relationship Id="rId25" Type="http://schemas.openxmlformats.org/officeDocument/2006/relationships/hyperlink" Target="https://adservio.atlassian.net/browse/ADS-8339" TargetMode="External"/><Relationship Id="rId26" Type="http://schemas.openxmlformats.org/officeDocument/2006/relationships/hyperlink" Target="https://adservio.atlassian.net/browse/ADS-8343" TargetMode="External"/><Relationship Id="rId27" Type="http://schemas.openxmlformats.org/officeDocument/2006/relationships/hyperlink" Target="https://adservio.atlassian.net/browse/ADS-8383" TargetMode="External"/><Relationship Id="rId28" Type="http://schemas.openxmlformats.org/officeDocument/2006/relationships/hyperlink" Target="https://adservio.atlassian.net/browse/ADS-8404" TargetMode="External"/><Relationship Id="rId29" Type="http://schemas.openxmlformats.org/officeDocument/2006/relationships/hyperlink" Target="https://adservio.atlassian.net/browse/ADS-8501" TargetMode="External"/><Relationship Id="rId30" Type="http://schemas.openxmlformats.org/officeDocument/2006/relationships/hyperlink" Target="https://adservio.atlassian.net/browse/ADS-8601" TargetMode="External"/><Relationship Id="rId31" Type="http://schemas.openxmlformats.org/officeDocument/2006/relationships/hyperlink" Target="https://adservio.atlassian.net/issues/?jql=issuekey%20in%20%28ADS-7251%2C%20ADS-8383%29" TargetMode="External"/><Relationship Id="rId32" Type="http://schemas.openxmlformats.org/officeDocument/2006/relationships/hyperlink" Target="https://adservio.atlassian.net/issues/?jql=issuekey%20in%20%28ADS-7354%2C%20ADS-8223%2C%20ADS-8404%29" TargetMode="External"/><Relationship Id="rId33" Type="http://schemas.openxmlformats.org/officeDocument/2006/relationships/hyperlink" Target="https://adservio.atlassian.net/issues/?jql=issuekey%20in%20%28ADS-5654%2C%20ADS-7251%2C%20ADS-7279%2C%20ADS-7354%2C%20ADS-7659%2C%20ADS-7849%2C%20ADS-8223%2C%20ADS-8339%2C%20ADS-8383%2C%20ADS-8404%2C%20ADS-8499%2C%20ADS-8500%2C%20ADS-8501%2C%20ADS-8544%2C%20ADS-8572%29" TargetMode="External"/><Relationship Id="rId34" Type="http://schemas.openxmlformats.org/officeDocument/2006/relationships/hyperlink" Target="issue_audit_register_Team-2_ADS_Q3_W34_-_24-28_Aug_2026-09-01.csv" TargetMode="External"/><Relationship Id="rId35" Type="http://schemas.openxmlformats.org/officeDocument/2006/relationships/hyperlink" Target="metric_lineage_Team-2_ADS_Q3_W34_-_24-28_Aug_2026-09-01.csv" TargetMode="External"/><Relationship Id="rId36" Type="http://schemas.openxmlformats.org/officeDocument/2006/relationships/hyperlink" Target="jql_traceability_register_Team-2_ADS_Q3_W34_-_24-28_Aug_2026-09-01.csv" TargetMode="External"/><Relationship Id="rId37" Type="http://schemas.openxmlformats.org/officeDocument/2006/relationships/hyperlink" Target="sprint_metrics_Team-2_ADS_Q3_W34_-_24-28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