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7 of 20 visible items, including 1 Stories, 1 Tasks, and 5 Bugs. Product movement was real, but the sprint was still noisy: 6 items entered after planning and 4 of them were closed. The main misses were concentrated in 13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20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13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1 / 5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/ 6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10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3/3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ADS-8383 — [BE] - Local Cache Billing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ADS-8694 — [Subscriptions] - Marketing fields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ADS-8480 — [Prod][Groups][FE/BE] Invalid OAuth request prevents realtime chat auth - 23 production 401s/5d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ADS-8602 — [Prod][AWS][legacy-web] Roles user validation dereferences missing account from social events - 12 warnings/72h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ADS-8690 — [Prod][AWS][Web] Route bootstrap reads missing AI summaries translation key - 37 warnings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ADS-8725 — [Prod][Billing] Nightly penalty generation fails, leaving expected penalties unrecorded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ADS-8737 — [Prod][Social] Article detail queries lack news_visibility(news_id) index during notification bursts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ADS-7272 — Bug — M_user_api.php / M_user.php: subscriptions features lookup fails hard when subscriptions-api-svc is slow or down - 20 errors/48h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ADS-7988 — Bug — [Prod][AWS][legacy-web] School update/logo storage uses invalid S3 endpoint or wrong region - 32,341 errors/72h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3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34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14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20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383%2C%20ADS-8404%2C%20ADS-8480%2C%20ADS-8602%2C%20ADS-8671%2C%20ADS-8690%2C%20ADS-8694%2C%20ADS-8725%2C%20ADS-8733%2C%20ADS-8737%29" TargetMode="External"/><Relationship Id="rId10" Type="http://schemas.openxmlformats.org/officeDocument/2006/relationships/hyperlink" Target="https://adservio.atlassian.net/issues/?jql=issuekey%20in%20%28ADS-8383%2C%20ADS-8480%2C%20ADS-8602%2C%20ADS-8690%2C%20ADS-8694%2C%20ADS-8725%2C%20ADS-8737%29" TargetMode="External"/><Relationship Id="rId11" Type="http://schemas.openxmlformats.org/officeDocument/2006/relationships/hyperlink" Target="https://adservio.atlassian.net/issues/?jql=issuekey%20in%20%28ADS-4026%2C%20ADS-5654%2C%20ADS-6159%2C%20ADS-7272%2C%20ADS-7279%2C%20ADS-7354%2C%20ADS-7421%2C%20ADS-7988%2C%20ADS-8259%2C%20ADS-8343%2C%20ADS-8404%2C%20ADS-8671%2C%20ADS-8733%29" TargetMode="External"/><Relationship Id="rId12" Type="http://schemas.openxmlformats.org/officeDocument/2006/relationships/hyperlink" Target="https://adservio.atlassian.net/issues/?jql=issuekey%20in%20%28ADS-5654%2C%20ADS-7354%2C%20ADS-8671%29" TargetMode="External"/><Relationship Id="rId13" Type="http://schemas.openxmlformats.org/officeDocument/2006/relationships/hyperlink" Target="https://adservio.atlassian.net/browse/ADS-8383" TargetMode="External"/><Relationship Id="rId14" Type="http://schemas.openxmlformats.org/officeDocument/2006/relationships/hyperlink" Target="https://adservio.atlassian.net/browse/ADS-8694" TargetMode="External"/><Relationship Id="rId15" Type="http://schemas.openxmlformats.org/officeDocument/2006/relationships/hyperlink" Target="https://adservio.atlassian.net/browse/ADS-8480" TargetMode="External"/><Relationship Id="rId16" Type="http://schemas.openxmlformats.org/officeDocument/2006/relationships/hyperlink" Target="https://adservio.atlassian.net/browse/ADS-8602" TargetMode="External"/><Relationship Id="rId17" Type="http://schemas.openxmlformats.org/officeDocument/2006/relationships/hyperlink" Target="https://adservio.atlassian.net/browse/ADS-8690" TargetMode="External"/><Relationship Id="rId18" Type="http://schemas.openxmlformats.org/officeDocument/2006/relationships/hyperlink" Target="https://adservio.atlassian.net/browse/ADS-8725" TargetMode="External"/><Relationship Id="rId19" Type="http://schemas.openxmlformats.org/officeDocument/2006/relationships/hyperlink" Target="https://adservio.atlassian.net/browse/ADS-8737" TargetMode="External"/><Relationship Id="rId20" Type="http://schemas.openxmlformats.org/officeDocument/2006/relationships/hyperlink" Target="https://adservio.atlassian.net/browse/ADS-4026" TargetMode="External"/><Relationship Id="rId21" Type="http://schemas.openxmlformats.org/officeDocument/2006/relationships/hyperlink" Target="https://adservio.atlassian.net/browse/ADS-5654" TargetMode="External"/><Relationship Id="rId22" Type="http://schemas.openxmlformats.org/officeDocument/2006/relationships/hyperlink" Target="https://adservio.atlassian.net/browse/ADS-6159" TargetMode="External"/><Relationship Id="rId23" Type="http://schemas.openxmlformats.org/officeDocument/2006/relationships/hyperlink" Target="https://adservio.atlassian.net/browse/ADS-7272" TargetMode="External"/><Relationship Id="rId24" Type="http://schemas.openxmlformats.org/officeDocument/2006/relationships/hyperlink" Target="https://adservio.atlassian.net/browse/ADS-7279" TargetMode="External"/><Relationship Id="rId25" Type="http://schemas.openxmlformats.org/officeDocument/2006/relationships/hyperlink" Target="https://adservio.atlassian.net/browse/ADS-7354" TargetMode="External"/><Relationship Id="rId26" Type="http://schemas.openxmlformats.org/officeDocument/2006/relationships/hyperlink" Target="https://adservio.atlassian.net/browse/ADS-7421" TargetMode="External"/><Relationship Id="rId27" Type="http://schemas.openxmlformats.org/officeDocument/2006/relationships/hyperlink" Target="https://adservio.atlassian.net/browse/ADS-7988" TargetMode="External"/><Relationship Id="rId28" Type="http://schemas.openxmlformats.org/officeDocument/2006/relationships/hyperlink" Target="https://adservio.atlassian.net/browse/ADS-8259" TargetMode="External"/><Relationship Id="rId29" Type="http://schemas.openxmlformats.org/officeDocument/2006/relationships/hyperlink" Target="https://adservio.atlassian.net/browse/ADS-8343" TargetMode="External"/><Relationship Id="rId30" Type="http://schemas.openxmlformats.org/officeDocument/2006/relationships/hyperlink" Target="https://adservio.atlassian.net/browse/ADS-8404" TargetMode="External"/><Relationship Id="rId31" Type="http://schemas.openxmlformats.org/officeDocument/2006/relationships/hyperlink" Target="https://adservio.atlassian.net/browse/ADS-8671" TargetMode="External"/><Relationship Id="rId32" Type="http://schemas.openxmlformats.org/officeDocument/2006/relationships/hyperlink" Target="https://adservio.atlassian.net/browse/ADS-8733" TargetMode="External"/><Relationship Id="rId33" Type="http://schemas.openxmlformats.org/officeDocument/2006/relationships/hyperlink" Target="https://adservio.atlassian.net/issues/?jql=issuekey%20in%20%28ADS-4026%2C%20ADS-5654%2C%20ADS-6159%2C%20ADS-8343%2C%20ADS-8404%2C%20ADS-8671%29" TargetMode="External"/><Relationship Id="rId34" Type="http://schemas.openxmlformats.org/officeDocument/2006/relationships/hyperlink" Target="https://adservio.atlassian.net/issues/?jql=issuekey%20in%20%28ADS-7279%29" TargetMode="External"/><Relationship Id="rId35" Type="http://schemas.openxmlformats.org/officeDocument/2006/relationships/hyperlink" Target="https://adservio.atlassian.net/issues/?jql=issuekey%20in%20%28ADS-7272%2C%20ADS-7354%2C%20ADS-7421%2C%20ADS-8259%29" TargetMode="External"/><Relationship Id="rId36" Type="http://schemas.openxmlformats.org/officeDocument/2006/relationships/hyperlink" Target="https://adservio.atlassian.net/issues/?jql=issuekey%20in%20%28ADS-4026%2C%20ADS-5654%2C%20ADS-6159%2C%20ADS-7272%2C%20ADS-7279%2C%20ADS-7354%2C%20ADS-7421%2C%20ADS-8259%2C%20ADS-8343%2C%20ADS-8383%2C%20ADS-8404%2C%20ADS-8602%2C%20ADS-8671%2C%20ADS-8694%29" TargetMode="External"/><Relationship Id="rId37" Type="http://schemas.openxmlformats.org/officeDocument/2006/relationships/hyperlink" Target="issue_audit_register_Team-2_ADS_Q3_W36_-_07-11_Sep_2026-10-05.csv" TargetMode="External"/><Relationship Id="rId38" Type="http://schemas.openxmlformats.org/officeDocument/2006/relationships/hyperlink" Target="metric_lineage_Team-2_ADS_Q3_W36_-_07-11_Sep_2026-10-05.csv" TargetMode="External"/><Relationship Id="rId39" Type="http://schemas.openxmlformats.org/officeDocument/2006/relationships/hyperlink" Target="jql_traceability_register_Team-2_ADS_Q3_W36_-_07-11_Sep_2026-10-05.csv" TargetMode="External"/><Relationship Id="rId40" Type="http://schemas.openxmlformats.org/officeDocument/2006/relationships/hyperlink" Target="sprint_metrics_Team-2_ADS_Q3_W36_-_07-11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