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Team 2 ADS Q3 W37 - 14-18 Sep</w:t>
      </w:r>
    </w:p>
    <w:p>
      <w:r>
        <w:rPr>
          <w:i/>
        </w:rPr>
        <w:t>Planned sprint ADS Q3 W37 - 14-18 Sep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6 of 21 visible items, including 0 Stories, 3 Tasks, and 2 Bugs. Product movement was real, but the sprint was still noisy: 6 items entered after planning and 4 of them were closed. The main misses were concentrated in 15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21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6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15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0 / 3 / 2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15 / 6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13 / 7 / 1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3/3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(0)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</w:tbl>
    <w:p>
      <w:pPr>
        <w:pStyle w:val="Heading1"/>
      </w:pPr>
      <w:r>
        <w:t>Tasks done (3)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ADS-8575 — [FE] UI improvements formular profil facturare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ADS-8693 — De sters toate serviicile cu status "Disable" din modulul servicii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ADS-8794 — [Abonamente] - Rambursare 3106975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Bugs done (2)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ADS-7988 — [Prod][AWS][legacy-web] School update/logo storage uses invalid S3 endpoint or wrong region - 32,341 errors/72h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ADS-8714 — [FE] eroare 500 la incarcarea siglei scolii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Carry overs / not delivered (15)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ADS-5654 — Story — [UPA,UPG, Asachi] Taxe școlarizare</w:t>
              </w:r>
            </w:hyperlink>
          </w:p>
        </w:tc>
        <w:tc>
          <w:tcPr>
            <w:tcW w:type="dxa" w:w="5184"/>
          </w:tcPr>
          <w:p>
            <w:r>
              <w:t>Dependency delay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ADS-6159 — Story — Notification Center for Mobile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ADS-7086 — Task — [Subscripție] - Rambursare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ADS-7272 — Bug — M_user_api.php / M_user.php: subscriptions features lookup fails hard when subscriptions-api-svc is slow or down - 20 errors/48h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ADS-7279 — Task — [Billing] - Implementare Stripe + Apple pay + Google pay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ADS-7354 — Story — [Abonamente] - Gestionare recurență pachete anuale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ADS-7421 — Task — [BE] Cleanup Noutati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ADS-8259 — Story — [Abonamente][RC] - Rambursare clienti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ADS-8343 — Story — Integration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ADS-8404 — Improvement — [Elev][Parinte] - Redesign - Rapoarte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ADS-8501 — Task — S3: Ștergere variabile OSS vechi și verificat că totul merge bine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ADS-8624 — Bug — [2FA] Dezactivarea autentificării prin cod e-mail eșuează cu error.e_99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ADS-8671 — Story — [AI - MCP] Teacher summaries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ADS-8733 — Bug — [Prod][Billing] Custom Invoice workload exposes premature PostgreSQL client release and slow pending-charge aggregation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ADS-8787 — Story — Redis Updates/santinele  on nest projects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33">
              <w:r>
                <w:rPr>
                  <w:color w:val="0563C1"/>
                  <w:u w:val="single"/>
                </w:rPr>
                <w:t>8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hyperlink r:id="rId34">
              <w:r>
                <w:rPr>
                  <w:color w:val="0563C1"/>
                  <w:u w:val="single"/>
                </w:rPr>
                <w:t>1</w:t>
              </w:r>
            </w:hyperlink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35">
              <w:r>
                <w:rPr>
                  <w:color w:val="0563C1"/>
                  <w:u w:val="single"/>
                </w:rPr>
                <w:t>4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3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17</w:t>
            </w:r>
          </w:p>
        </w:tc>
        <w:tc>
          <w:tcPr>
            <w:tcW w:type="dxa" w:w="3456"/>
          </w:tcPr>
          <w:p>
            <w:hyperlink r:id="rId36">
              <w:r>
                <w:rPr>
                  <w:color w:val="0563C1"/>
                  <w:u w:val="single"/>
                </w:rPr>
                <w:t>17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21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21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21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21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37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8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9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40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4026%2C%20ADS-5654%2C%20ADS-6159%2C%20ADS-7086%2C%20ADS-7272%2C%20ADS-7279%2C%20ADS-7354%2C%20ADS-7421%2C%20ADS-7988%2C%20ADS-8259%2C%20ADS-8343%2C%20ADS-8404%2C%20ADS-8501%2C%20ADS-8575%2C%20ADS-8624%2C%20ADS-8671%2C%20ADS-8693%2C%20ADS-8714%2C%20ADS-8733%2C%20ADS-8787%2C%20ADS-8794%29" TargetMode="External"/><Relationship Id="rId10" Type="http://schemas.openxmlformats.org/officeDocument/2006/relationships/hyperlink" Target="https://adservio.atlassian.net/issues/?jql=issuekey%20in%20%28ADS-4026%2C%20ADS-7988%2C%20ADS-8575%2C%20ADS-8693%2C%20ADS-8714%2C%20ADS-8794%29" TargetMode="External"/><Relationship Id="rId11" Type="http://schemas.openxmlformats.org/officeDocument/2006/relationships/hyperlink" Target="https://adservio.atlassian.net/issues/?jql=issuekey%20in%20%28ADS-5654%2C%20ADS-6159%2C%20ADS-7086%2C%20ADS-7272%2C%20ADS-7279%2C%20ADS-7354%2C%20ADS-7421%2C%20ADS-8259%2C%20ADS-8343%2C%20ADS-8404%2C%20ADS-8501%2C%20ADS-8624%2C%20ADS-8671%2C%20ADS-8733%2C%20ADS-8787%29" TargetMode="External"/><Relationship Id="rId12" Type="http://schemas.openxmlformats.org/officeDocument/2006/relationships/hyperlink" Target="https://adservio.atlassian.net/issues/?jql=issuekey%20in%20%28ADS-5654%2C%20ADS-7354%2C%20ADS-8671%29" TargetMode="External"/><Relationship Id="rId13" Type="http://schemas.openxmlformats.org/officeDocument/2006/relationships/hyperlink" Target="https://adservio.atlassian.net/browse/ADS-8575" TargetMode="External"/><Relationship Id="rId14" Type="http://schemas.openxmlformats.org/officeDocument/2006/relationships/hyperlink" Target="https://adservio.atlassian.net/browse/ADS-8693" TargetMode="External"/><Relationship Id="rId15" Type="http://schemas.openxmlformats.org/officeDocument/2006/relationships/hyperlink" Target="https://adservio.atlassian.net/browse/ADS-8794" TargetMode="External"/><Relationship Id="rId16" Type="http://schemas.openxmlformats.org/officeDocument/2006/relationships/hyperlink" Target="https://adservio.atlassian.net/browse/ADS-7988" TargetMode="External"/><Relationship Id="rId17" Type="http://schemas.openxmlformats.org/officeDocument/2006/relationships/hyperlink" Target="https://adservio.atlassian.net/browse/ADS-8714" TargetMode="External"/><Relationship Id="rId18" Type="http://schemas.openxmlformats.org/officeDocument/2006/relationships/hyperlink" Target="https://adservio.atlassian.net/browse/ADS-5654" TargetMode="External"/><Relationship Id="rId19" Type="http://schemas.openxmlformats.org/officeDocument/2006/relationships/hyperlink" Target="https://adservio.atlassian.net/browse/ADS-6159" TargetMode="External"/><Relationship Id="rId20" Type="http://schemas.openxmlformats.org/officeDocument/2006/relationships/hyperlink" Target="https://adservio.atlassian.net/browse/ADS-7086" TargetMode="External"/><Relationship Id="rId21" Type="http://schemas.openxmlformats.org/officeDocument/2006/relationships/hyperlink" Target="https://adservio.atlassian.net/browse/ADS-7272" TargetMode="External"/><Relationship Id="rId22" Type="http://schemas.openxmlformats.org/officeDocument/2006/relationships/hyperlink" Target="https://adservio.atlassian.net/browse/ADS-7279" TargetMode="External"/><Relationship Id="rId23" Type="http://schemas.openxmlformats.org/officeDocument/2006/relationships/hyperlink" Target="https://adservio.atlassian.net/browse/ADS-7354" TargetMode="External"/><Relationship Id="rId24" Type="http://schemas.openxmlformats.org/officeDocument/2006/relationships/hyperlink" Target="https://adservio.atlassian.net/browse/ADS-7421" TargetMode="External"/><Relationship Id="rId25" Type="http://schemas.openxmlformats.org/officeDocument/2006/relationships/hyperlink" Target="https://adservio.atlassian.net/browse/ADS-8259" TargetMode="External"/><Relationship Id="rId26" Type="http://schemas.openxmlformats.org/officeDocument/2006/relationships/hyperlink" Target="https://adservio.atlassian.net/browse/ADS-8343" TargetMode="External"/><Relationship Id="rId27" Type="http://schemas.openxmlformats.org/officeDocument/2006/relationships/hyperlink" Target="https://adservio.atlassian.net/browse/ADS-8404" TargetMode="External"/><Relationship Id="rId28" Type="http://schemas.openxmlformats.org/officeDocument/2006/relationships/hyperlink" Target="https://adservio.atlassian.net/browse/ADS-8501" TargetMode="External"/><Relationship Id="rId29" Type="http://schemas.openxmlformats.org/officeDocument/2006/relationships/hyperlink" Target="https://adservio.atlassian.net/browse/ADS-8624" TargetMode="External"/><Relationship Id="rId30" Type="http://schemas.openxmlformats.org/officeDocument/2006/relationships/hyperlink" Target="https://adservio.atlassian.net/browse/ADS-8671" TargetMode="External"/><Relationship Id="rId31" Type="http://schemas.openxmlformats.org/officeDocument/2006/relationships/hyperlink" Target="https://adservio.atlassian.net/browse/ADS-8733" TargetMode="External"/><Relationship Id="rId32" Type="http://schemas.openxmlformats.org/officeDocument/2006/relationships/hyperlink" Target="https://adservio.atlassian.net/browse/ADS-8787" TargetMode="External"/><Relationship Id="rId33" Type="http://schemas.openxmlformats.org/officeDocument/2006/relationships/hyperlink" Target="https://adservio.atlassian.net/issues/?jql=issuekey%20in%20%28ADS-6159%2C%20ADS-7279%2C%20ADS-7354%2C%20ADS-8343%2C%20ADS-8404%2C%20ADS-8501%2C%20ADS-8624%2C%20ADS-8671%29" TargetMode="External"/><Relationship Id="rId34" Type="http://schemas.openxmlformats.org/officeDocument/2006/relationships/hyperlink" Target="https://adservio.atlassian.net/issues/?jql=issuekey%20in%20%28ADS-5654%29" TargetMode="External"/><Relationship Id="rId35" Type="http://schemas.openxmlformats.org/officeDocument/2006/relationships/hyperlink" Target="https://adservio.atlassian.net/issues/?jql=issuekey%20in%20%28ADS-7272%2C%20ADS-7421%2C%20ADS-8259%2C%20ADS-8733%29" TargetMode="External"/><Relationship Id="rId36" Type="http://schemas.openxmlformats.org/officeDocument/2006/relationships/hyperlink" Target="https://adservio.atlassian.net/issues/?jql=issuekey%20in%20%28ADS-4026%2C%20ADS-5654%2C%20ADS-6159%2C%20ADS-7272%2C%20ADS-7279%2C%20ADS-7354%2C%20ADS-7421%2C%20ADS-7988%2C%20ADS-8259%2C%20ADS-8343%2C%20ADS-8404%2C%20ADS-8501%2C%20ADS-8624%2C%20ADS-8671%2C%20ADS-8693%2C%20ADS-8714%2C%20ADS-8733%29" TargetMode="External"/><Relationship Id="rId37" Type="http://schemas.openxmlformats.org/officeDocument/2006/relationships/hyperlink" Target="issue_audit_register_Team-2_ADS_Q3_W37_-_14-18_Sep_2026-10-05.csv" TargetMode="External"/><Relationship Id="rId38" Type="http://schemas.openxmlformats.org/officeDocument/2006/relationships/hyperlink" Target="metric_lineage_Team-2_ADS_Q3_W37_-_14-18_Sep_2026-10-05.csv" TargetMode="External"/><Relationship Id="rId39" Type="http://schemas.openxmlformats.org/officeDocument/2006/relationships/hyperlink" Target="jql_traceability_register_Team-2_ADS_Q3_W37_-_14-18_Sep_2026-10-05.csv" TargetMode="External"/><Relationship Id="rId40" Type="http://schemas.openxmlformats.org/officeDocument/2006/relationships/hyperlink" Target="sprint_metrics_Team-2_ADS_Q3_W37_-_14-18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