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University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11 of 21 visible items, including 1 Stories, 2 Tasks, and 8 Bugs. Product movement was real, but the sprint was still noisy: 5 items entered after planning and 4 of them were closed. The main misses were concentrated in 10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21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11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 / 2 / 8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16 / 5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17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2/3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(1)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ADS-7574 — [UPG/ASachi] - Calculul mediilor la nivel de grupa/serie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ADS-7972 — La sesiunea 2 de restante apar studentii care au promovat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ADS-8010 — [BE] -Pe disciplina s-au modificat procentele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Bugs done (8)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ADS-7688 — [BE] [Studenti] [Muzica]- Studentul nu este unificat pe baza CNP-ului la import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ADS-7876 — [Prod][AWS+TUIASI][uni-api] Auth bootstrap fails when profile lookup lacks uaID or resolves an invalid tenant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ADS-7877 — [Prod][TUIASI][uni-api] Profile dependency returns 502 Bad Gateway during auth bootstrap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ADS-7974 — [FE/BE] - Nota finala nu apare calculata in web sau in catalog pdf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ADS-7980 — [BE JAVA] [Catalog] -La cataloagele de restante nu pot pune note titularii disciplinelor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ADS-8019 — [BE-JAVA] -Nu mai sunt afisate notele la laborator si seminar pe anumite discipline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ADS-8048 — [BE JAVA] - Nu se poate activa sesiunea 3 pentru disciplinele din tab-ul restantieri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ADS-8052 — [BA JAVA] - In catalogul PDF sesiunea 2 apar si studentii promovati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ADS-7495 — Story — [FE/BE][Adeverinte absolvire] - Creare Probe evaluare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ADS-7496 — Story — [FE/BE][Adeverinte absolvire] - Probe&amp;medie pe situatie scolara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ADS-7880 — Bug — TUIASI uni-api: catalog import and adjacent grades endpoints return HTTP 500 - 23 hits/72h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ADS-7890 — Story — [BE PHP][Cazari] - Stingerea obligatiilor din E-taxe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ADS-7910 — Bug — [Prod][TUIASI][uni-api] DB pool exhaustion breaks academic-years, faculty, and grade-save flows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ADS-7952 — Story — [Persoana] - Implementare mecanism Atribute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ADS-8000 — Task — [UNI][Denumire disciplina] Refactor atribut Denumire disciplina - loc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ADS-8047 — Bug — [BEJAVA] - Student promovat ii apare in situatie scolara Absent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4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hyperlink r:id="rId35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6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21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11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10/21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1/11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2/11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8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8/11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16 / 5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4 / 17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3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495%2C%20ADS-7496%2C%20ADS-7534%2C%20ADS-7574%2C%20ADS-7666%2C%20ADS-7688%2C%20ADS-7876%2C%20ADS-7877%2C%20ADS-7880%2C%20ADS-7890%2C%20ADS-7910%2C%20ADS-7952%2C%20ADS-7972%2C%20ADS-7974%2C%20ADS-7980%2C%20ADS-8000%2C%20ADS-8010%2C%20ADS-8019%2C%20ADS-8047%2C%20ADS-8048%2C%20ADS-8052%29" TargetMode="External"/><Relationship Id="rId10" Type="http://schemas.openxmlformats.org/officeDocument/2006/relationships/hyperlink" Target="https://adservio.atlassian.net/issues/?jql=issuekey%20in%20%28ADS-7574%2C%20ADS-7688%2C%20ADS-7876%2C%20ADS-7877%2C%20ADS-7972%2C%20ADS-7974%2C%20ADS-7980%2C%20ADS-8010%2C%20ADS-8019%2C%20ADS-8048%2C%20ADS-8052%29" TargetMode="External"/><Relationship Id="rId11" Type="http://schemas.openxmlformats.org/officeDocument/2006/relationships/hyperlink" Target="https://adservio.atlassian.net/issues/?jql=issuekey%20in%20%28ADS-7495%2C%20ADS-7496%2C%20ADS-7534%2C%20ADS-7666%2C%20ADS-7880%2C%20ADS-7890%2C%20ADS-7910%2C%20ADS-7952%2C%20ADS-8000%2C%20ADS-8047%29" TargetMode="External"/><Relationship Id="rId12" Type="http://schemas.openxmlformats.org/officeDocument/2006/relationships/hyperlink" Target="https://adservio.atlassian.net/issues/?jql=issuekey%20in%20%28ADS-7534%2C%20ADS-7952%29" TargetMode="External"/><Relationship Id="rId13" Type="http://schemas.openxmlformats.org/officeDocument/2006/relationships/hyperlink" Target="https://adservio.atlassian.net/browse/ADS-7574" TargetMode="External"/><Relationship Id="rId14" Type="http://schemas.openxmlformats.org/officeDocument/2006/relationships/hyperlink" Target="https://adservio.atlassian.net/browse/ADS-7972" TargetMode="External"/><Relationship Id="rId15" Type="http://schemas.openxmlformats.org/officeDocument/2006/relationships/hyperlink" Target="https://adservio.atlassian.net/browse/ADS-8010" TargetMode="External"/><Relationship Id="rId16" Type="http://schemas.openxmlformats.org/officeDocument/2006/relationships/hyperlink" Target="https://adservio.atlassian.net/browse/ADS-7688" TargetMode="External"/><Relationship Id="rId17" Type="http://schemas.openxmlformats.org/officeDocument/2006/relationships/hyperlink" Target="https://adservio.atlassian.net/browse/ADS-7876" TargetMode="External"/><Relationship Id="rId18" Type="http://schemas.openxmlformats.org/officeDocument/2006/relationships/hyperlink" Target="https://adservio.atlassian.net/browse/ADS-7877" TargetMode="External"/><Relationship Id="rId19" Type="http://schemas.openxmlformats.org/officeDocument/2006/relationships/hyperlink" Target="https://adservio.atlassian.net/browse/ADS-7974" TargetMode="External"/><Relationship Id="rId20" Type="http://schemas.openxmlformats.org/officeDocument/2006/relationships/hyperlink" Target="https://adservio.atlassian.net/browse/ADS-7980" TargetMode="External"/><Relationship Id="rId21" Type="http://schemas.openxmlformats.org/officeDocument/2006/relationships/hyperlink" Target="https://adservio.atlassian.net/browse/ADS-8019" TargetMode="External"/><Relationship Id="rId22" Type="http://schemas.openxmlformats.org/officeDocument/2006/relationships/hyperlink" Target="https://adservio.atlassian.net/browse/ADS-8048" TargetMode="External"/><Relationship Id="rId23" Type="http://schemas.openxmlformats.org/officeDocument/2006/relationships/hyperlink" Target="https://adservio.atlassian.net/browse/ADS-8052" TargetMode="External"/><Relationship Id="rId24" Type="http://schemas.openxmlformats.org/officeDocument/2006/relationships/hyperlink" Target="https://adservio.atlassian.net/browse/ADS-7495" TargetMode="External"/><Relationship Id="rId25" Type="http://schemas.openxmlformats.org/officeDocument/2006/relationships/hyperlink" Target="https://adservio.atlassian.net/browse/ADS-7496" TargetMode="External"/><Relationship Id="rId26" Type="http://schemas.openxmlformats.org/officeDocument/2006/relationships/hyperlink" Target="https://adservio.atlassian.net/browse/ADS-7534" TargetMode="External"/><Relationship Id="rId27" Type="http://schemas.openxmlformats.org/officeDocument/2006/relationships/hyperlink" Target="https://adservio.atlassian.net/browse/ADS-7666" TargetMode="External"/><Relationship Id="rId28" Type="http://schemas.openxmlformats.org/officeDocument/2006/relationships/hyperlink" Target="https://adservio.atlassian.net/browse/ADS-7880" TargetMode="External"/><Relationship Id="rId29" Type="http://schemas.openxmlformats.org/officeDocument/2006/relationships/hyperlink" Target="https://adservio.atlassian.net/browse/ADS-7890" TargetMode="External"/><Relationship Id="rId30" Type="http://schemas.openxmlformats.org/officeDocument/2006/relationships/hyperlink" Target="https://adservio.atlassian.net/browse/ADS-7910" TargetMode="External"/><Relationship Id="rId31" Type="http://schemas.openxmlformats.org/officeDocument/2006/relationships/hyperlink" Target="https://adservio.atlassian.net/browse/ADS-7952" TargetMode="External"/><Relationship Id="rId32" Type="http://schemas.openxmlformats.org/officeDocument/2006/relationships/hyperlink" Target="https://adservio.atlassian.net/browse/ADS-8000" TargetMode="External"/><Relationship Id="rId33" Type="http://schemas.openxmlformats.org/officeDocument/2006/relationships/hyperlink" Target="https://adservio.atlassian.net/browse/ADS-8047" TargetMode="External"/><Relationship Id="rId34" Type="http://schemas.openxmlformats.org/officeDocument/2006/relationships/hyperlink" Target="https://adservio.atlassian.net/issues/?jql=issuekey%20in%20%28ADS-7495%2C%20ADS-7496%2C%20ADS-7534%2C%20ADS-7952%29" TargetMode="External"/><Relationship Id="rId35" Type="http://schemas.openxmlformats.org/officeDocument/2006/relationships/hyperlink" Target="https://adservio.atlassian.net/issues/?jql=issuekey%20in%20%28ADS-7890%29" TargetMode="External"/><Relationship Id="rId36" Type="http://schemas.openxmlformats.org/officeDocument/2006/relationships/hyperlink" Target="https://adservio.atlassian.net/issues/?jql=issuekey%20in%20%28ADS-8000%29" TargetMode="External"/><Relationship Id="rId37" Type="http://schemas.openxmlformats.org/officeDocument/2006/relationships/hyperlink" Target="https://adservio.atlassian.net/issues/?jql=issuekey%20in%20%28ADS-7495%2C%20ADS-7496%2C%20ADS-7534%2C%20ADS-7574%2C%20ADS-7666%2C%20ADS-7688%2C%20ADS-7876%2C%20ADS-7877%2C%20ADS-7880%2C%20ADS-7890%2C%20ADS-7910%2C%20ADS-7952%2C%20ADS-7972%2C%20ADS-7974%2C%20ADS-7980%2C%20ADS-8000%29" TargetMode="External"/><Relationship Id="rId38" Type="http://schemas.openxmlformats.org/officeDocument/2006/relationships/hyperlink" Target="https://adservio.atlassian.net/issues/?jql=issuekey%20in%20%28ADS-8010%2C%20ADS-8019%2C%20ADS-8047%2C%20ADS-8048%2C%20ADS-8052%29" TargetMode="External"/><Relationship Id="rId39" Type="http://schemas.openxmlformats.org/officeDocument/2006/relationships/hyperlink" Target="https://adservio.atlassian.net/issues/?jql=issuekey%20in%20%28ADS-7534%2C%20ADS-7574%2C%20ADS-7952%29" TargetMode="External"/><Relationship Id="rId40" Type="http://schemas.openxmlformats.org/officeDocument/2006/relationships/hyperlink" Target="issue_audit_register_University_ADS_Q2_W25_-_22-26_Jun_2026-07-08.csv" TargetMode="External"/><Relationship Id="rId41" Type="http://schemas.openxmlformats.org/officeDocument/2006/relationships/hyperlink" Target="metric_lineage_University_ADS_Q2_W25_-_22-26_Jun_2026-07-08.csv" TargetMode="External"/><Relationship Id="rId42" Type="http://schemas.openxmlformats.org/officeDocument/2006/relationships/hyperlink" Target="jql_traceability_register_University_ADS_Q2_W25_-_22-26_Jun_2026-07-08.csv" TargetMode="External"/><Relationship Id="rId43" Type="http://schemas.openxmlformats.org/officeDocument/2006/relationships/hyperlink" Target="sprint_metrics_University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