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16 of 26 visible items, including 7 Stories, 3 Tasks, and 6 Bugs. Product movement was real, but the sprint was still noisy: 1 items entered after planning and all of them were closed. The main misses were concentrated in 10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26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16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 / 3 / 6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 / 1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20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2/5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(7)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ADS-7495 — [FE/BE][Adeverinte absolvire] - Creare Probe evaluare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ADS-7496 — [FE/BE][Adeverinte absolvire] - Probe&amp;medie pe situatie scolara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ADS-7890 — [BE PHP][Cazari] - Stingerea obligatiilor din E-taxe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ADS-7952 — [Burse] - US1 - Implementare mecanism Atribute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ADS-7958 — [FE/BE] -  Reconstituire scolaritate - transfer, an repetare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ADS-8055 — [Asachi][FE] - Salvarea pe cataloage sa se faca pe toate paginile nu pe fiecare pagina in parte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ADS-8104 — [BE-PHP] - Gestiunea cazarilor de vara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ADS-8073 — [FE/BE] - Aducerea titularilor din planul curent in tab-ul restantieri pe disciplina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ADS-8141 — [FE][Situatie scolara] - Lipsa mesaj de eroare la  modificarea mediei de absolvire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ADS-8188 — Extindere import studenti cu coloana sectie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ADS-8118 — [BE] - Lipsa nota si catalog deschis pe restantieri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ADS-8153 — [Prod][TUIASI][accommodations-api] Student balance export returns HTTP 500 when mPDF hits pcre.backtrack_limit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ADS-8186 — [Prod][AWS][accommodations-api] External person create returns 500 after partial create when fallback faculty is hidden by scope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ADS-8244 — [Cazari] - Sold gresit in obligatie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ADS-8283 — [Cazari] - Sold gresit in obligatie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ADS-8286 — [FE/BE/] - Lipsa nota in catalog pentru studentul Luca-Popa M. Mihai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9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40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41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4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26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16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10/26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7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7/16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3/16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6/16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25 / 1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20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26/26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3/10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5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6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7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8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C%20ADS-8286%29" TargetMode="External"/><Relationship Id="rId10" Type="http://schemas.openxmlformats.org/officeDocument/2006/relationships/hyperlink" Target="https://adservio.atlassian.net/issues/?jql=issuekey%20in%20%28ADS-7495%2C%20ADS-7496%2C%20ADS-7890%2C%20ADS-7952%2C%20ADS-7958%2C%20ADS-8055%2C%20ADS-8073%2C%20ADS-8104%2C%20ADS-8118%2C%20ADS-8141%2C%20ADS-8153%2C%20ADS-8186%2C%20ADS-8188%2C%20ADS-8244%2C%20ADS-8283%2C%20ADS-8286%29" TargetMode="External"/><Relationship Id="rId11" Type="http://schemas.openxmlformats.org/officeDocument/2006/relationships/hyperlink" Target="https://adservio.atlassian.net/issues/?jql=issuekey%20in%20%28ADS-6142%2C%20ADS-6438%2C%20ADS-7534%2C%20ADS-7535%2C%20ADS-7666%2C%20ADS-7906%2C%20ADS-8023%2C%20ADS-8058%2C%20ADS-8111%2C%20ADS-8147%29" TargetMode="External"/><Relationship Id="rId12" Type="http://schemas.openxmlformats.org/officeDocument/2006/relationships/hyperlink" Target="https://adservio.atlassian.net/issues/?jql=issuekey%20in%20%28ADS-6142%2C%20ADS-7906%29" TargetMode="External"/><Relationship Id="rId13" Type="http://schemas.openxmlformats.org/officeDocument/2006/relationships/hyperlink" Target="https://adservio.atlassian.net/browse/ADS-7495" TargetMode="External"/><Relationship Id="rId14" Type="http://schemas.openxmlformats.org/officeDocument/2006/relationships/hyperlink" Target="https://adservio.atlassian.net/browse/ADS-7496" TargetMode="External"/><Relationship Id="rId15" Type="http://schemas.openxmlformats.org/officeDocument/2006/relationships/hyperlink" Target="https://adservio.atlassian.net/browse/ADS-7890" TargetMode="External"/><Relationship Id="rId16" Type="http://schemas.openxmlformats.org/officeDocument/2006/relationships/hyperlink" Target="https://adservio.atlassian.net/browse/ADS-7952" TargetMode="External"/><Relationship Id="rId17" Type="http://schemas.openxmlformats.org/officeDocument/2006/relationships/hyperlink" Target="https://adservio.atlassian.net/browse/ADS-7958" TargetMode="External"/><Relationship Id="rId18" Type="http://schemas.openxmlformats.org/officeDocument/2006/relationships/hyperlink" Target="https://adservio.atlassian.net/browse/ADS-8055" TargetMode="External"/><Relationship Id="rId19" Type="http://schemas.openxmlformats.org/officeDocument/2006/relationships/hyperlink" Target="https://adservio.atlassian.net/browse/ADS-8104" TargetMode="External"/><Relationship Id="rId20" Type="http://schemas.openxmlformats.org/officeDocument/2006/relationships/hyperlink" Target="https://adservio.atlassian.net/browse/ADS-8073" TargetMode="External"/><Relationship Id="rId21" Type="http://schemas.openxmlformats.org/officeDocument/2006/relationships/hyperlink" Target="https://adservio.atlassian.net/browse/ADS-8141" TargetMode="External"/><Relationship Id="rId22" Type="http://schemas.openxmlformats.org/officeDocument/2006/relationships/hyperlink" Target="https://adservio.atlassian.net/browse/ADS-8188" TargetMode="External"/><Relationship Id="rId23" Type="http://schemas.openxmlformats.org/officeDocument/2006/relationships/hyperlink" Target="https://adservio.atlassian.net/browse/ADS-8118" TargetMode="External"/><Relationship Id="rId24" Type="http://schemas.openxmlformats.org/officeDocument/2006/relationships/hyperlink" Target="https://adservio.atlassian.net/browse/ADS-8153" TargetMode="External"/><Relationship Id="rId25" Type="http://schemas.openxmlformats.org/officeDocument/2006/relationships/hyperlink" Target="https://adservio.atlassian.net/browse/ADS-8186" TargetMode="External"/><Relationship Id="rId26" Type="http://schemas.openxmlformats.org/officeDocument/2006/relationships/hyperlink" Target="https://adservio.atlassian.net/browse/ADS-8244" TargetMode="External"/><Relationship Id="rId27" Type="http://schemas.openxmlformats.org/officeDocument/2006/relationships/hyperlink" Target="https://adservio.atlassian.net/browse/ADS-8283" TargetMode="External"/><Relationship Id="rId28" Type="http://schemas.openxmlformats.org/officeDocument/2006/relationships/hyperlink" Target="https://adservio.atlassian.net/browse/ADS-8286" TargetMode="External"/><Relationship Id="rId29" Type="http://schemas.openxmlformats.org/officeDocument/2006/relationships/hyperlink" Target="https://adservio.atlassian.net/browse/ADS-6142" TargetMode="External"/><Relationship Id="rId30" Type="http://schemas.openxmlformats.org/officeDocument/2006/relationships/hyperlink" Target="https://adservio.atlassian.net/browse/ADS-6438" TargetMode="External"/><Relationship Id="rId31" Type="http://schemas.openxmlformats.org/officeDocument/2006/relationships/hyperlink" Target="https://adservio.atlassian.net/browse/ADS-7534" TargetMode="External"/><Relationship Id="rId32" Type="http://schemas.openxmlformats.org/officeDocument/2006/relationships/hyperlink" Target="https://adservio.atlassian.net/browse/ADS-7535" TargetMode="External"/><Relationship Id="rId33" Type="http://schemas.openxmlformats.org/officeDocument/2006/relationships/hyperlink" Target="https://adservio.atlassian.net/browse/ADS-7666" TargetMode="External"/><Relationship Id="rId34" Type="http://schemas.openxmlformats.org/officeDocument/2006/relationships/hyperlink" Target="https://adservio.atlassian.net/browse/ADS-7906" TargetMode="External"/><Relationship Id="rId35" Type="http://schemas.openxmlformats.org/officeDocument/2006/relationships/hyperlink" Target="https://adservio.atlassian.net/browse/ADS-8023" TargetMode="External"/><Relationship Id="rId36" Type="http://schemas.openxmlformats.org/officeDocument/2006/relationships/hyperlink" Target="https://adservio.atlassian.net/browse/ADS-8058" TargetMode="External"/><Relationship Id="rId37" Type="http://schemas.openxmlformats.org/officeDocument/2006/relationships/hyperlink" Target="https://adservio.atlassian.net/browse/ADS-8111" TargetMode="External"/><Relationship Id="rId38" Type="http://schemas.openxmlformats.org/officeDocument/2006/relationships/hyperlink" Target="https://adservio.atlassian.net/browse/ADS-8147" TargetMode="External"/><Relationship Id="rId39" Type="http://schemas.openxmlformats.org/officeDocument/2006/relationships/hyperlink" Target="https://adservio.atlassian.net/issues/?jql=issuekey%20in%20%28ADS-6142%2C%20ADS-6438%2C%20ADS-7534%2C%20ADS-8058%29" TargetMode="External"/><Relationship Id="rId40" Type="http://schemas.openxmlformats.org/officeDocument/2006/relationships/hyperlink" Target="https://adservio.atlassian.net/issues/?jql=issuekey%20in%20%28ADS-7535%29" TargetMode="External"/><Relationship Id="rId41" Type="http://schemas.openxmlformats.org/officeDocument/2006/relationships/hyperlink" Target="https://adservio.atlassian.net/issues/?jql=issuekey%20in%20%28ADS-7906%2C%20ADS-8023%2C%20ADS-8147%29" TargetMode="External"/><Relationship Id="rId42" Type="http://schemas.openxmlformats.org/officeDocument/2006/relationships/hyperlink" Target="https://adservio.atlassian.net/issues/?jql=issuekey%20in%20%28ADS-6142%2C%20ADS-6438%2C%20ADS-7495%2C%20ADS-7496%2C%20ADS-7534%2C%20ADS-7535%2C%20ADS-7666%2C%20ADS-7890%2C%20ADS-7906%2C%20ADS-7952%2C%20ADS-7958%2C%20ADS-8023%2C%20ADS-8055%2C%20ADS-8058%2C%20ADS-8073%2C%20ADS-8104%2C%20ADS-8111%2C%20ADS-8118%2C%20ADS-8141%2C%20ADS-8147%2C%20ADS-8153%2C%20ADS-8186%2C%20ADS-8188%2C%20ADS-8244%2C%20ADS-8283%29" TargetMode="External"/><Relationship Id="rId43" Type="http://schemas.openxmlformats.org/officeDocument/2006/relationships/hyperlink" Target="https://adservio.atlassian.net/issues/?jql=issuekey%20in%20%28ADS-8286%29" TargetMode="External"/><Relationship Id="rId44" Type="http://schemas.openxmlformats.org/officeDocument/2006/relationships/hyperlink" Target="https://adservio.atlassian.net/issues/?jql=issuekey%20in%20%28ADS-6142%2C%20ADS-7906%2C%20ADS-7952%2C%20ADS-7958%2C%20ADS-8073%29" TargetMode="External"/><Relationship Id="rId45" Type="http://schemas.openxmlformats.org/officeDocument/2006/relationships/hyperlink" Target="issue_audit_register_University_ADS_Q3_W29_-_20-24_Jul_2026-07-28.csv" TargetMode="External"/><Relationship Id="rId46" Type="http://schemas.openxmlformats.org/officeDocument/2006/relationships/hyperlink" Target="metric_lineage_University_ADS_Q3_W29_-_20-24_Jul_2026-07-28.csv" TargetMode="External"/><Relationship Id="rId47" Type="http://schemas.openxmlformats.org/officeDocument/2006/relationships/hyperlink" Target="jql_traceability_register_University_ADS_Q3_W29_-_20-24_Jul_2026-07-28.csv" TargetMode="External"/><Relationship Id="rId48" Type="http://schemas.openxmlformats.org/officeDocument/2006/relationships/hyperlink" Target="sprint_metrics_University_ADS_Q3_W29_-_20-24_Jul_2026-07-2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