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University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10 of 21 visible items, including 1 Stories, 0 Tasks, and 9 Bugs. Product movement was real, but the sprint was still noisy: 3 items entered after planning and all of them were closed. The main misses were concentrated in 11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21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 / 0 / 9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16 / 3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17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(1)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ADS-7952 — [Burse] - US1 - Implementare mecanism Atribute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(0)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Bugs done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ADS-7666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ADS-8111 — [FE/BE] - In centralizator note nu apare numele unei discipline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ADS-8134 — [BE-PHP] - Obligatii generate pentru studenti decazati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ADS-8147 — [BE] - Nu apar studentii pe sesiunea 2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ADS-8286 — [FE/BE/] - Lipsa nota in catalog pentru studentul Luca-Popa M. Mihai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ADS-8317 — [Cazari] - Sold gresit in obligatia de plata fata de fisa studentului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ADS-8318 — [FE] - Eroare la descarcarea unor documente din mesaje expediate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ADS-8349 — [Prod][AWS][uni-api] Student search export returns 500 on mixed-collation COALESCE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ADS-8371 — [Prod][AWS][uni-api] Student create leaves disciplines unassigned when AcademicPlan is missing - 2 errors/72h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(11)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ADS-8159 — Story — [Burse] - US2 - Configurare bugete, Panou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ADS-8176 — Story — [State de functii] - Rapoarte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ADS-8254 — Bug — [PROD] - In sectiunea de Roluri si permisiuni apar denumiri de director, elevi, parinti</w:t>
              </w:r>
            </w:hyperlink>
          </w:p>
        </w:tc>
        <w:tc>
          <w:tcPr>
            <w:tcW w:type="dxa" w:w="5184"/>
          </w:tcPr>
          <w:p>
            <w:r>
              <w:t>Dependency delay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ADS-8326 — Bug — [BE-PHP][Cazari] - La decazare soldurie apar incorect fata de fisa studentilor</w:t>
              </w:r>
            </w:hyperlink>
          </w:p>
        </w:tc>
        <w:tc>
          <w:tcPr>
            <w:tcW w:type="dxa" w:w="5184"/>
          </w:tcPr>
          <w:p>
            <w:r>
              <w:t>Priority Change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6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6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21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10/21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0/10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16 / 3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4 / 17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6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6/11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1/11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18%2C%20ADS-8326%2C%20ADS-8349%2C%20ADS-8371%29" TargetMode="External"/><Relationship Id="rId10" Type="http://schemas.openxmlformats.org/officeDocument/2006/relationships/hyperlink" Target="https://adservio.atlassian.net/issues/?jql=issuekey%20in%20%28ADS-7666%2C%20ADS-7952%2C%20ADS-8111%2C%20ADS-8134%2C%20ADS-8147%2C%20ADS-8286%2C%20ADS-8317%2C%20ADS-8318%2C%20ADS-8349%2C%20ADS-8371%29" TargetMode="External"/><Relationship Id="rId11" Type="http://schemas.openxmlformats.org/officeDocument/2006/relationships/hyperlink" Target="https://adservio.atlassian.net/issues/?jql=issuekey%20in%20%28ADS-6142%2C%20ADS-6438%2C%20ADS-7534%2C%20ADS-7535%2C%20ADS-7906%2C%20ADS-8023%2C%20ADS-8058%2C%20ADS-8159%2C%20ADS-8176%2C%20ADS-8254%2C%20ADS-8326%29" TargetMode="External"/><Relationship Id="rId12" Type="http://schemas.openxmlformats.org/officeDocument/2006/relationships/hyperlink" Target="https://adservio.atlassian.net/issues/?jql=issuekey%20in%20%28ADS-6142%2C%20ADS-7906%2C%20ADS-8159%29" TargetMode="External"/><Relationship Id="rId13" Type="http://schemas.openxmlformats.org/officeDocument/2006/relationships/hyperlink" Target="https://adservio.atlassian.net/browse/ADS-7952" TargetMode="External"/><Relationship Id="rId14" Type="http://schemas.openxmlformats.org/officeDocument/2006/relationships/hyperlink" Target="https://adservio.atlassian.net/browse/ADS-7666" TargetMode="External"/><Relationship Id="rId15" Type="http://schemas.openxmlformats.org/officeDocument/2006/relationships/hyperlink" Target="https://adservio.atlassian.net/browse/ADS-8111" TargetMode="External"/><Relationship Id="rId16" Type="http://schemas.openxmlformats.org/officeDocument/2006/relationships/hyperlink" Target="https://adservio.atlassian.net/browse/ADS-8134" TargetMode="External"/><Relationship Id="rId17" Type="http://schemas.openxmlformats.org/officeDocument/2006/relationships/hyperlink" Target="https://adservio.atlassian.net/browse/ADS-8147" TargetMode="External"/><Relationship Id="rId18" Type="http://schemas.openxmlformats.org/officeDocument/2006/relationships/hyperlink" Target="https://adservio.atlassian.net/browse/ADS-8286" TargetMode="External"/><Relationship Id="rId19" Type="http://schemas.openxmlformats.org/officeDocument/2006/relationships/hyperlink" Target="https://adservio.atlassian.net/browse/ADS-8317" TargetMode="External"/><Relationship Id="rId20" Type="http://schemas.openxmlformats.org/officeDocument/2006/relationships/hyperlink" Target="https://adservio.atlassian.net/browse/ADS-8318" TargetMode="External"/><Relationship Id="rId21" Type="http://schemas.openxmlformats.org/officeDocument/2006/relationships/hyperlink" Target="https://adservio.atlassian.net/browse/ADS-8349" TargetMode="External"/><Relationship Id="rId22" Type="http://schemas.openxmlformats.org/officeDocument/2006/relationships/hyperlink" Target="https://adservio.atlassian.net/browse/ADS-8371" TargetMode="External"/><Relationship Id="rId23" Type="http://schemas.openxmlformats.org/officeDocument/2006/relationships/hyperlink" Target="https://adservio.atlassian.net/browse/ADS-6142" TargetMode="External"/><Relationship Id="rId24" Type="http://schemas.openxmlformats.org/officeDocument/2006/relationships/hyperlink" Target="https://adservio.atlassian.net/browse/ADS-6438" TargetMode="External"/><Relationship Id="rId25" Type="http://schemas.openxmlformats.org/officeDocument/2006/relationships/hyperlink" Target="https://adservio.atlassian.net/browse/ADS-7534" TargetMode="External"/><Relationship Id="rId26" Type="http://schemas.openxmlformats.org/officeDocument/2006/relationships/hyperlink" Target="https://adservio.atlassian.net/browse/ADS-7535" TargetMode="External"/><Relationship Id="rId27" Type="http://schemas.openxmlformats.org/officeDocument/2006/relationships/hyperlink" Target="https://adservio.atlassian.net/browse/ADS-7906" TargetMode="External"/><Relationship Id="rId28" Type="http://schemas.openxmlformats.org/officeDocument/2006/relationships/hyperlink" Target="https://adservio.atlassian.net/browse/ADS-8023" TargetMode="External"/><Relationship Id="rId29" Type="http://schemas.openxmlformats.org/officeDocument/2006/relationships/hyperlink" Target="https://adservio.atlassian.net/browse/ADS-8058" TargetMode="External"/><Relationship Id="rId30" Type="http://schemas.openxmlformats.org/officeDocument/2006/relationships/hyperlink" Target="https://adservio.atlassian.net/browse/ADS-8159" TargetMode="External"/><Relationship Id="rId31" Type="http://schemas.openxmlformats.org/officeDocument/2006/relationships/hyperlink" Target="https://adservio.atlassian.net/browse/ADS-8176" TargetMode="External"/><Relationship Id="rId32" Type="http://schemas.openxmlformats.org/officeDocument/2006/relationships/hyperlink" Target="https://adservio.atlassian.net/browse/ADS-8254" TargetMode="External"/><Relationship Id="rId33" Type="http://schemas.openxmlformats.org/officeDocument/2006/relationships/hyperlink" Target="https://adservio.atlassian.net/browse/ADS-8326" TargetMode="External"/><Relationship Id="rId34" Type="http://schemas.openxmlformats.org/officeDocument/2006/relationships/hyperlink" Target="https://adservio.atlassian.net/issues/?jql=issuekey%20in%20%28ADS-6142%2C%20ADS-6438%2C%20ADS-7906%2C%20ADS-8023%2C%20ADS-8058%2C%20ADS-8159%29" TargetMode="External"/><Relationship Id="rId35" Type="http://schemas.openxmlformats.org/officeDocument/2006/relationships/hyperlink" Target="https://adservio.atlassian.net/issues/?jql=issuekey%20in%20%28ADS-7534%2C%20ADS-7535%2C%20ADS-8254%29" TargetMode="External"/><Relationship Id="rId36" Type="http://schemas.openxmlformats.org/officeDocument/2006/relationships/hyperlink" Target="https://adservio.atlassian.net/issues/?jql=issuekey%20in%20%28ADS-8176%29" TargetMode="External"/><Relationship Id="rId37" Type="http://schemas.openxmlformats.org/officeDocument/2006/relationships/hyperlink" Target="https://adservio.atlassian.net/issues/?jql=issuekey%20in%20%28ADS-6142%2C%20ADS-6438%2C%20ADS-7534%2C%20ADS-7535%2C%20ADS-7666%2C%20ADS-7906%2C%20ADS-7952%2C%20ADS-8023%2C%20ADS-8058%2C%20ADS-8111%2C%20ADS-8134%2C%20ADS-8147%2C%20ADS-8159%2C%20ADS-8176%2C%20ADS-8254%2C%20ADS-8286%2C%20ADS-8317%2C%20ADS-8326%29" TargetMode="External"/><Relationship Id="rId38" Type="http://schemas.openxmlformats.org/officeDocument/2006/relationships/hyperlink" Target="https://adservio.atlassian.net/issues/?jql=issuekey%20in%20%28ADS-8318%2C%20ADS-8349%2C%20ADS-8371%29" TargetMode="External"/><Relationship Id="rId39" Type="http://schemas.openxmlformats.org/officeDocument/2006/relationships/hyperlink" Target="issue_audit_register_University_ADS_Q3_W30_-_27-31_Jul_2026-08-04.csv" TargetMode="External"/><Relationship Id="rId40" Type="http://schemas.openxmlformats.org/officeDocument/2006/relationships/hyperlink" Target="metric_lineage_University_ADS_Q3_W30_-_27-31_Jul_2026-08-04.csv" TargetMode="External"/><Relationship Id="rId41" Type="http://schemas.openxmlformats.org/officeDocument/2006/relationships/hyperlink" Target="jql_traceability_register_University_ADS_Q3_W30_-_27-31_Jul_2026-08-04.csv" TargetMode="External"/><Relationship Id="rId42" Type="http://schemas.openxmlformats.org/officeDocument/2006/relationships/hyperlink" Target="sprint_metrics_University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