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8 of 15 visible items, including 2 Stories, 0 Tasks, and 6 Bugs. Product movement was real, but the sprint was still noisy: 2 items entered after planning and all of them were closed. The main misses were concentrated in 7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 / 0 / 6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13 / 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7 / 8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ADS-7906 — [FE/BE] - Config -posibilitatea setarii mediei ca fiind confirmata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ADS-8058 — [BE/FE][UNI] - Generare serii si ani universitari bulk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ADS-7666 — accommodations-api: shared HTTP 500 burst on POST /api/v2/accommodations/dorms/list and related endpoints - 16 hits/20m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ADS-8063 — [Prod][TUIASI][uni-api] Student search fails when search text contains an apostrophe - 4 errors/72h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ADS-8370 — [FE/BE] - Informatiile din anii anteriori pentru studenti care au trunchi comun nu sunt aduse pe filtru anual selectat atunci cand situatia scolara a unui astfel de student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ADS-8440 — [FE/BE] - Asachi- Sesiunea 1 afișează note din Sesiunea 2 și paginarea nu se resetează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ADS-8443 — [AWS prod][University import] Existing Student role is logged as an error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ADS-8470 — [FE/BE/] - Cazari - Obligatii de plata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ADS-6142 — Story — [Registre Matricole] -US1.1 Creare volume si asociere studenti incadrati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ADS-8159 — Story — [Burse] - US2 - Configurare bugete, Panou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29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12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15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15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6142%2C%20ADS-6438%2C%20ADS-7666%2C%20ADS-7906%2C%20ADS-8058%2C%20ADS-8063%2C%20ADS-8159%2C%20ADS-8160%2C%20ADS-8161%2C%20ADS-8176%2C%20ADS-8179%2C%20ADS-8370%2C%20ADS-8440%2C%20ADS-8443%2C%20ADS-8470%29" TargetMode="External"/><Relationship Id="rId10" Type="http://schemas.openxmlformats.org/officeDocument/2006/relationships/hyperlink" Target="https://adservio.atlassian.net/issues/?jql=issuekey%20in%20%28ADS-7666%2C%20ADS-7906%2C%20ADS-8058%2C%20ADS-8063%2C%20ADS-8370%2C%20ADS-8440%2C%20ADS-8443%2C%20ADS-8470%29" TargetMode="External"/><Relationship Id="rId11" Type="http://schemas.openxmlformats.org/officeDocument/2006/relationships/hyperlink" Target="https://adservio.atlassian.net/issues/?jql=issuekey%20in%20%28ADS-6142%2C%20ADS-6438%2C%20ADS-8159%2C%20ADS-8160%2C%20ADS-8161%2C%20ADS-8176%2C%20ADS-8179%29" TargetMode="External"/><Relationship Id="rId12" Type="http://schemas.openxmlformats.org/officeDocument/2006/relationships/hyperlink" Target="https://adservio.atlassian.net/issues/?jql=issuekey%20in%20%28ADS-8159%2C%20ADS-8176%2C%20ADS-8179%29" TargetMode="External"/><Relationship Id="rId13" Type="http://schemas.openxmlformats.org/officeDocument/2006/relationships/hyperlink" Target="https://adservio.atlassian.net/browse/ADS-7906" TargetMode="External"/><Relationship Id="rId14" Type="http://schemas.openxmlformats.org/officeDocument/2006/relationships/hyperlink" Target="https://adservio.atlassian.net/browse/ADS-8058" TargetMode="External"/><Relationship Id="rId15" Type="http://schemas.openxmlformats.org/officeDocument/2006/relationships/hyperlink" Target="https://adservio.atlassian.net/browse/ADS-7666" TargetMode="External"/><Relationship Id="rId16" Type="http://schemas.openxmlformats.org/officeDocument/2006/relationships/hyperlink" Target="https://adservio.atlassian.net/browse/ADS-8063" TargetMode="External"/><Relationship Id="rId17" Type="http://schemas.openxmlformats.org/officeDocument/2006/relationships/hyperlink" Target="https://adservio.atlassian.net/browse/ADS-8370" TargetMode="External"/><Relationship Id="rId18" Type="http://schemas.openxmlformats.org/officeDocument/2006/relationships/hyperlink" Target="https://adservio.atlassian.net/browse/ADS-8440" TargetMode="External"/><Relationship Id="rId19" Type="http://schemas.openxmlformats.org/officeDocument/2006/relationships/hyperlink" Target="https://adservio.atlassian.net/browse/ADS-8443" TargetMode="External"/><Relationship Id="rId20" Type="http://schemas.openxmlformats.org/officeDocument/2006/relationships/hyperlink" Target="https://adservio.atlassian.net/browse/ADS-8470" TargetMode="External"/><Relationship Id="rId21" Type="http://schemas.openxmlformats.org/officeDocument/2006/relationships/hyperlink" Target="https://adservio.atlassian.net/browse/ADS-6142" TargetMode="External"/><Relationship Id="rId22" Type="http://schemas.openxmlformats.org/officeDocument/2006/relationships/hyperlink" Target="https://adservio.atlassian.net/browse/ADS-6438" TargetMode="External"/><Relationship Id="rId23" Type="http://schemas.openxmlformats.org/officeDocument/2006/relationships/hyperlink" Target="https://adservio.atlassian.net/browse/ADS-8159" TargetMode="External"/><Relationship Id="rId24" Type="http://schemas.openxmlformats.org/officeDocument/2006/relationships/hyperlink" Target="https://adservio.atlassian.net/browse/ADS-8160" TargetMode="External"/><Relationship Id="rId25" Type="http://schemas.openxmlformats.org/officeDocument/2006/relationships/hyperlink" Target="https://adservio.atlassian.net/browse/ADS-8161" TargetMode="External"/><Relationship Id="rId26" Type="http://schemas.openxmlformats.org/officeDocument/2006/relationships/hyperlink" Target="https://adservio.atlassian.net/browse/ADS-8176" TargetMode="External"/><Relationship Id="rId27" Type="http://schemas.openxmlformats.org/officeDocument/2006/relationships/hyperlink" Target="https://adservio.atlassian.net/browse/ADS-8179" TargetMode="External"/><Relationship Id="rId28" Type="http://schemas.openxmlformats.org/officeDocument/2006/relationships/hyperlink" Target="https://adservio.atlassian.net/issues/?jql=issuekey%20in%20%28ADS-6438%2C%20ADS-8159%2C%20ADS-8160%2C%20ADS-8161%2C%20ADS-8176%2C%20ADS-8179%29" TargetMode="External"/><Relationship Id="rId29" Type="http://schemas.openxmlformats.org/officeDocument/2006/relationships/hyperlink" Target="https://adservio.atlassian.net/issues/?jql=issuekey%20in%20%28ADS-6142%29" TargetMode="External"/><Relationship Id="rId30" Type="http://schemas.openxmlformats.org/officeDocument/2006/relationships/hyperlink" Target="https://adservio.atlassian.net/issues/?jql=issuekey%20in%20%28ADS-6142%2C%20ADS-6438%2C%20ADS-7666%2C%20ADS-7906%2C%20ADS-8058%2C%20ADS-8063%2C%20ADS-8159%2C%20ADS-8176%2C%20ADS-8179%2C%20ADS-8370%2C%20ADS-8440%2C%20ADS-8443%29" TargetMode="External"/><Relationship Id="rId31" Type="http://schemas.openxmlformats.org/officeDocument/2006/relationships/hyperlink" Target="issue_audit_register_University_ADS_Q3_W32_-_10-14_Aug_2026-08-17.csv" TargetMode="External"/><Relationship Id="rId32" Type="http://schemas.openxmlformats.org/officeDocument/2006/relationships/hyperlink" Target="metric_lineage_University_ADS_Q3_W32_-_10-14_Aug_2026-08-17.csv" TargetMode="External"/><Relationship Id="rId33" Type="http://schemas.openxmlformats.org/officeDocument/2006/relationships/hyperlink" Target="jql_traceability_register_University_ADS_Q3_W32_-_10-14_Aug_2026-08-17.csv" TargetMode="External"/><Relationship Id="rId34" Type="http://schemas.openxmlformats.org/officeDocument/2006/relationships/hyperlink" Target="sprint_metrics_University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