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0 of 14 visible items, including 0 Stories, 0 Tasks, and 0 Bugs. Product movement was real, but the sprint was still noisy: 2 items entered after planning and 0 of them were closed. The main misses were concentrated in 14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r>
              <w:t>0 / 0 / 0</w:t>
            </w:r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 / 2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 / 10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6/6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Carry overs / not delivered (14)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1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2">
              <w:r>
                <w:rPr>
                  <w:color w:val="0563C1"/>
                  <w:u w:val="single"/>
                </w:rPr>
                <w:t>ADS-8159 — Story — [Burse] - US2 - Configurare bugete, Panou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Under Estimated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ADS-8534 — Bug — Asachi - Nu afiseaza an de studiu pentru studentii din anul 1 (2025-2026)din situatie scolara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ADS-8535 — Bug — [Prod][AWS][University] Add discipline sends string for localized disciplineName - 12 HTTP 400s/72h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ADS-8546 — Task — Prod][uni-api] Guardrail student search export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ADS-8579 — Task — [UNI][FE][BE] Permisune Acces secțiunea Documente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ADS-8600 — Bug — [FE] eroare 400 la generare diplome elevi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6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12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438%2C%20ADS-8159%2C%20ADS-8160%2C%20ADS-8161%2C%20ADS-8162%2C%20ADS-8166%2C%20ADS-8176%2C%20ADS-8179%2C%20ADS-8326%2C%20ADS-8534%2C%20ADS-8535%2C%20ADS-8546%2C%20ADS-8579%2C%20ADS-8600%29" TargetMode="External"/><Relationship Id="rId10" Type="http://schemas.openxmlformats.org/officeDocument/2006/relationships/hyperlink" Target="https://adservio.atlassian.net/issues/?jql=issuekey%20in%20%28ADS-8159%2C%20ADS-8160%2C%20ADS-8161%2C%20ADS-8162%2C%20ADS-8166%2C%20ADS-8179%29" TargetMode="External"/><Relationship Id="rId11" Type="http://schemas.openxmlformats.org/officeDocument/2006/relationships/hyperlink" Target="https://adservio.atlassian.net/browse/ADS-6438" TargetMode="External"/><Relationship Id="rId12" Type="http://schemas.openxmlformats.org/officeDocument/2006/relationships/hyperlink" Target="https://adservio.atlassian.net/browse/ADS-8159" TargetMode="External"/><Relationship Id="rId13" Type="http://schemas.openxmlformats.org/officeDocument/2006/relationships/hyperlink" Target="https://adservio.atlassian.net/browse/ADS-8160" TargetMode="External"/><Relationship Id="rId14" Type="http://schemas.openxmlformats.org/officeDocument/2006/relationships/hyperlink" Target="https://adservio.atlassian.net/browse/ADS-8161" TargetMode="External"/><Relationship Id="rId15" Type="http://schemas.openxmlformats.org/officeDocument/2006/relationships/hyperlink" Target="https://adservio.atlassian.net/browse/ADS-8162" TargetMode="External"/><Relationship Id="rId16" Type="http://schemas.openxmlformats.org/officeDocument/2006/relationships/hyperlink" Target="https://adservio.atlassian.net/browse/ADS-8166" TargetMode="External"/><Relationship Id="rId17" Type="http://schemas.openxmlformats.org/officeDocument/2006/relationships/hyperlink" Target="https://adservio.atlassian.net/browse/ADS-8176" TargetMode="External"/><Relationship Id="rId18" Type="http://schemas.openxmlformats.org/officeDocument/2006/relationships/hyperlink" Target="https://adservio.atlassian.net/browse/ADS-8179" TargetMode="External"/><Relationship Id="rId19" Type="http://schemas.openxmlformats.org/officeDocument/2006/relationships/hyperlink" Target="https://adservio.atlassian.net/browse/ADS-8326" TargetMode="External"/><Relationship Id="rId20" Type="http://schemas.openxmlformats.org/officeDocument/2006/relationships/hyperlink" Target="https://adservio.atlassian.net/browse/ADS-8534" TargetMode="External"/><Relationship Id="rId21" Type="http://schemas.openxmlformats.org/officeDocument/2006/relationships/hyperlink" Target="https://adservio.atlassian.net/browse/ADS-8535" TargetMode="External"/><Relationship Id="rId22" Type="http://schemas.openxmlformats.org/officeDocument/2006/relationships/hyperlink" Target="https://adservio.atlassian.net/browse/ADS-8546" TargetMode="External"/><Relationship Id="rId23" Type="http://schemas.openxmlformats.org/officeDocument/2006/relationships/hyperlink" Target="https://adservio.atlassian.net/browse/ADS-8579" TargetMode="External"/><Relationship Id="rId24" Type="http://schemas.openxmlformats.org/officeDocument/2006/relationships/hyperlink" Target="https://adservio.atlassian.net/browse/ADS-8600" TargetMode="External"/><Relationship Id="rId25" Type="http://schemas.openxmlformats.org/officeDocument/2006/relationships/hyperlink" Target="https://adservio.atlassian.net/issues/?jql=issuekey%20in%20%28ADS-6438%2C%20ADS-8162%2C%20ADS-8176%2C%20ADS-8326%2C%20ADS-8534%2C%20ADS-8546%29" TargetMode="External"/><Relationship Id="rId26" Type="http://schemas.openxmlformats.org/officeDocument/2006/relationships/hyperlink" Target="https://adservio.atlassian.net/issues/?jql=issuekey%20in%20%28ADS-8159%2C%20ADS-8160%2C%20ADS-8161%2C%20ADS-8166%29" TargetMode="External"/><Relationship Id="rId27" Type="http://schemas.openxmlformats.org/officeDocument/2006/relationships/hyperlink" Target="https://adservio.atlassian.net/issues/?jql=issuekey%20in%20%28ADS-8535%29" TargetMode="External"/><Relationship Id="rId28" Type="http://schemas.openxmlformats.org/officeDocument/2006/relationships/hyperlink" Target="https://adservio.atlassian.net/issues/?jql=issuekey%20in%20%28ADS-6438%2C%20ADS-8159%2C%20ADS-8160%2C%20ADS-8161%2C%20ADS-8162%2C%20ADS-8166%2C%20ADS-8176%2C%20ADS-8179%2C%20ADS-8326%2C%20ADS-8534%2C%20ADS-8535%2C%20ADS-8546%29" TargetMode="External"/><Relationship Id="rId29" Type="http://schemas.openxmlformats.org/officeDocument/2006/relationships/hyperlink" Target="issue_audit_register_University_ADS_Q3_W34_-_24-28_Aug_2026-09-01.csv" TargetMode="External"/><Relationship Id="rId30" Type="http://schemas.openxmlformats.org/officeDocument/2006/relationships/hyperlink" Target="metric_lineage_University_ADS_Q3_W34_-_24-28_Aug_2026-09-01.csv" TargetMode="External"/><Relationship Id="rId31" Type="http://schemas.openxmlformats.org/officeDocument/2006/relationships/hyperlink" Target="jql_traceability_register_University_ADS_Q3_W34_-_24-28_Aug_2026-09-01.csv" TargetMode="External"/><Relationship Id="rId32" Type="http://schemas.openxmlformats.org/officeDocument/2006/relationships/hyperlink" Target="sprint_metrics_University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