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W36 - 07-11 Sep</w:t>
      </w:r>
    </w:p>
    <w:p>
      <w:r>
        <w:rPr>
          <w:i/>
        </w:rPr>
        <w:t>Planned sprint ADS Q3 W36 - 07-11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15 of 24 visible items, including 2 Stories, 3 Tasks, and 9 Bugs. Product movement was real, but the sprint was still noisy: 6 items entered after planning and all of them were closed. The main misses were concentrated in 9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9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 / 3 / 9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18 / 6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6 / 15 / 2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6/6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(2)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ADS-8706 — [BE/FE]Cazari - Contract nou perioada didactica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ADS-8722 — [BE/FE] [State de functii] Configurare nr semigrupe, filtru departament in planul de invatamant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Tasks done (3)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ADS-8448 — [BE] [State de Functii] Permisiuni dedicate modul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ADS-8579 — [UNI][FE][BE] Permisune Acces secțiunea Documente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ADS-8665 — [BE/FE][State de functii]Refactor reduceri aplicate pentru functia de conducere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ADS-8509 — Universitatea Petre Andrei- nu se afiseaza informatiile din modulul Statistici si rapoarte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ADS-8534 — Asachi - Nu afiseaza an de studiu pentru studentii din anul 1 (2025-2026)din situatie scolara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ADS-8597 — [Asachi] - nu se salveaza echivalarea disciplinei Educatie fizica si sport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ADS-8632 — [Prod][TUIASI][uni-api] Missing disciplina.idDepartament causes catalog status HTTP 500 - 1,042 errors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ADS-8652 — [Asachi] - Modificare numar credite si inchidere catalog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ADS-8681 — [Prod][TUIASI][Web] Certificate list uses unsupported MariaDB JSON operator and returns HTTP 500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ADS-8683 — [Prod][AWS][Uni] Missing workload_percentage tenant migration breaks position creation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ADS-8685 — [Prod][AWS][uni-api] Missing mentiune migration breaks student discipline list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ADS-8696 — [Asachi] - modificare student in platforma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ADS-7559 — Story — [UPG] - Adeverinte de student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ADS-8160 — Story — [Burse] - US3 - Configurare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ADS-8164 — Story — [Burse] - US6 - Rapoarte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5184"/>
          </w:tcPr>
          <w:p>
            <w:r>
              <w:t>Breakdown issue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ADS-8593 — Bug — [Prod][TUIASI][legacy-web] Admin edit reads missing suppressAdminEvent flag - 2 warnings/72h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ADS-8667 — Story — [FE/BE] Lista imbunatatiri dupa demo 3.09.26</w:t>
              </w:r>
            </w:hyperlink>
          </w:p>
        </w:tc>
        <w:tc>
          <w:tcPr>
            <w:tcW w:type="dxa" w:w="5184"/>
          </w:tcPr>
          <w:p>
            <w:r>
              <w:t>Missing from outcome snapshot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ADS-8682 — Bug — [Prod][TUIASI][Accommodations] Dependency failures cause report and list HTTP 500 burst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6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18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18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23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67%2C%20ADS-8675%2C%20ADS-8681%2C%20ADS-8682%2C%20ADS-8683%2C%20ADS-8685%2C%20ADS-8696%2C%20ADS-8706%2C%20ADS-8722%29" TargetMode="External"/><Relationship Id="rId10" Type="http://schemas.openxmlformats.org/officeDocument/2006/relationships/hyperlink" Target="https://adservio.atlassian.net/issues/?jql=issuekey%20in%20%28ADS-8448%2C%20ADS-8509%2C%20ADS-8534%2C%20ADS-8579%2C%20ADS-8597%2C%20ADS-8632%2C%20ADS-8652%2C%20ADS-8665%2C%20ADS-8675%2C%20ADS-8681%2C%20ADS-8683%2C%20ADS-8685%2C%20ADS-8696%2C%20ADS-8706%2C%20ADS-8722%29" TargetMode="External"/><Relationship Id="rId11" Type="http://schemas.openxmlformats.org/officeDocument/2006/relationships/hyperlink" Target="https://adservio.atlassian.net/issues/?jql=issuekey%20in%20%28ADS-7559%2C%20ADS-8160%2C%20ADS-8161%2C%20ADS-8164%2C%20ADS-8179%2C%20ADS-8326%2C%20ADS-8593%2C%20ADS-8667%2C%20ADS-8682%29" TargetMode="External"/><Relationship Id="rId12" Type="http://schemas.openxmlformats.org/officeDocument/2006/relationships/hyperlink" Target="https://adservio.atlassian.net/issues/?jql=issuekey%20in%20%28ADS-7559%2C%20ADS-8160%2C%20ADS-8161%2C%20ADS-8164%2C%20ADS-8179%2C%20ADS-8667%29" TargetMode="External"/><Relationship Id="rId13" Type="http://schemas.openxmlformats.org/officeDocument/2006/relationships/hyperlink" Target="https://adservio.atlassian.net/browse/ADS-8706" TargetMode="External"/><Relationship Id="rId14" Type="http://schemas.openxmlformats.org/officeDocument/2006/relationships/hyperlink" Target="https://adservio.atlassian.net/browse/ADS-8722" TargetMode="External"/><Relationship Id="rId15" Type="http://schemas.openxmlformats.org/officeDocument/2006/relationships/hyperlink" Target="https://adservio.atlassian.net/browse/ADS-8448" TargetMode="External"/><Relationship Id="rId16" Type="http://schemas.openxmlformats.org/officeDocument/2006/relationships/hyperlink" Target="https://adservio.atlassian.net/browse/ADS-8579" TargetMode="External"/><Relationship Id="rId17" Type="http://schemas.openxmlformats.org/officeDocument/2006/relationships/hyperlink" Target="https://adservio.atlassian.net/browse/ADS-8665" TargetMode="External"/><Relationship Id="rId18" Type="http://schemas.openxmlformats.org/officeDocument/2006/relationships/hyperlink" Target="https://adservio.atlassian.net/browse/ADS-8509" TargetMode="External"/><Relationship Id="rId19" Type="http://schemas.openxmlformats.org/officeDocument/2006/relationships/hyperlink" Target="https://adservio.atlassian.net/browse/ADS-8534" TargetMode="External"/><Relationship Id="rId20" Type="http://schemas.openxmlformats.org/officeDocument/2006/relationships/hyperlink" Target="https://adservio.atlassian.net/browse/ADS-8597" TargetMode="External"/><Relationship Id="rId21" Type="http://schemas.openxmlformats.org/officeDocument/2006/relationships/hyperlink" Target="https://adservio.atlassian.net/browse/ADS-8632" TargetMode="External"/><Relationship Id="rId22" Type="http://schemas.openxmlformats.org/officeDocument/2006/relationships/hyperlink" Target="https://adservio.atlassian.net/browse/ADS-8652" TargetMode="External"/><Relationship Id="rId23" Type="http://schemas.openxmlformats.org/officeDocument/2006/relationships/hyperlink" Target="https://adservio.atlassian.net/browse/ADS-8681" TargetMode="External"/><Relationship Id="rId24" Type="http://schemas.openxmlformats.org/officeDocument/2006/relationships/hyperlink" Target="https://adservio.atlassian.net/browse/ADS-8683" TargetMode="External"/><Relationship Id="rId25" Type="http://schemas.openxmlformats.org/officeDocument/2006/relationships/hyperlink" Target="https://adservio.atlassian.net/browse/ADS-8685" TargetMode="External"/><Relationship Id="rId26" Type="http://schemas.openxmlformats.org/officeDocument/2006/relationships/hyperlink" Target="https://adservio.atlassian.net/browse/ADS-8696" TargetMode="External"/><Relationship Id="rId27" Type="http://schemas.openxmlformats.org/officeDocument/2006/relationships/hyperlink" Target="https://adservio.atlassian.net/browse/ADS-7559" TargetMode="External"/><Relationship Id="rId28" Type="http://schemas.openxmlformats.org/officeDocument/2006/relationships/hyperlink" Target="https://adservio.atlassian.net/browse/ADS-8160" TargetMode="External"/><Relationship Id="rId29" Type="http://schemas.openxmlformats.org/officeDocument/2006/relationships/hyperlink" Target="https://adservio.atlassian.net/browse/ADS-8161" TargetMode="External"/><Relationship Id="rId30" Type="http://schemas.openxmlformats.org/officeDocument/2006/relationships/hyperlink" Target="https://adservio.atlassian.net/browse/ADS-8164" TargetMode="External"/><Relationship Id="rId31" Type="http://schemas.openxmlformats.org/officeDocument/2006/relationships/hyperlink" Target="https://adservio.atlassian.net/browse/ADS-8179" TargetMode="External"/><Relationship Id="rId32" Type="http://schemas.openxmlformats.org/officeDocument/2006/relationships/hyperlink" Target="https://adservio.atlassian.net/browse/ADS-8326" TargetMode="External"/><Relationship Id="rId33" Type="http://schemas.openxmlformats.org/officeDocument/2006/relationships/hyperlink" Target="https://adservio.atlassian.net/browse/ADS-8593" TargetMode="External"/><Relationship Id="rId34" Type="http://schemas.openxmlformats.org/officeDocument/2006/relationships/hyperlink" Target="https://adservio.atlassian.net/browse/ADS-8667" TargetMode="External"/><Relationship Id="rId35" Type="http://schemas.openxmlformats.org/officeDocument/2006/relationships/hyperlink" Target="https://adservio.atlassian.net/browse/ADS-8682" TargetMode="External"/><Relationship Id="rId36" Type="http://schemas.openxmlformats.org/officeDocument/2006/relationships/hyperlink" Target="https://adservio.atlassian.net/issues/?jql=issuekey%20in%20%28ADS-7559%2C%20ADS-8160%2C%20ADS-8161%2C%20ADS-8179%29" TargetMode="External"/><Relationship Id="rId37" Type="http://schemas.openxmlformats.org/officeDocument/2006/relationships/hyperlink" Target="https://adservio.atlassian.net/issues/?jql=issuekey%20in%20%28ADS-8164%2C%20ADS-8593%2C%20ADS-8682%29" TargetMode="External"/><Relationship Id="rId38" Type="http://schemas.openxmlformats.org/officeDocument/2006/relationships/hyperlink" Target="https://adservio.atlassian.net/issues/?jql=issuekey%20in%20%28ADS-7559%2C%20ADS-8160%2C%20ADS-8161%2C%20ADS-8164%2C%20ADS-8179%2C%20ADS-8326%2C%20ADS-8509%2C%20ADS-8534%2C%20ADS-8579%2C%20ADS-8597%2C%20ADS-8632%2C%20ADS-8652%2C%20ADS-8667%2C%20ADS-8675%2C%20ADS-8682%2C%20ADS-8683%2C%20ADS-8685%2C%20ADS-8696%29" TargetMode="External"/><Relationship Id="rId39" Type="http://schemas.openxmlformats.org/officeDocument/2006/relationships/hyperlink" Target="https://adservio.atlassian.net/issues/?jql=issuekey%20in%20%28ADS-7559%2C%20ADS-8160%2C%20ADS-8161%2C%20ADS-8164%2C%20ADS-8179%2C%20ADS-8326%2C%20ADS-8448%2C%20ADS-8509%2C%20ADS-8534%2C%20ADS-8579%2C%20ADS-8593%2C%20ADS-8597%2C%20ADS-8632%2C%20ADS-8652%2C%20ADS-8665%2C%20ADS-8675%2C%20ADS-8681%2C%20ADS-8682%2C%20ADS-8683%2C%20ADS-8685%2C%20ADS-8696%2C%20ADS-8706%2C%20ADS-8722%29" TargetMode="External"/><Relationship Id="rId40" Type="http://schemas.openxmlformats.org/officeDocument/2006/relationships/hyperlink" Target="issue_audit_register_University_ADS_Q3_W36_-_07-11_Sep_2026-09-14.csv" TargetMode="External"/><Relationship Id="rId41" Type="http://schemas.openxmlformats.org/officeDocument/2006/relationships/hyperlink" Target="metric_lineage_University_ADS_Q3_W36_-_07-11_Sep_2026-09-14.csv" TargetMode="External"/><Relationship Id="rId42" Type="http://schemas.openxmlformats.org/officeDocument/2006/relationships/hyperlink" Target="jql_traceability_register_University_ADS_Q3_W36_-_07-11_Sep_2026-09-14.csv" TargetMode="External"/><Relationship Id="rId43" Type="http://schemas.openxmlformats.org/officeDocument/2006/relationships/hyperlink" Target="sprint_metrics_University_ADS_Q3_W36_-_07-11_Sep_2026-09-1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